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BC0500" w14:textId="77777777" w:rsidR="0056000B" w:rsidRPr="00787E5C" w:rsidRDefault="00000000">
      <w:pPr>
        <w:spacing w:after="280"/>
        <w:jc w:val="center"/>
        <w:rPr>
          <w:lang w:val="ru-RU"/>
        </w:rPr>
      </w:pPr>
      <w:r w:rsidRPr="00787E5C">
        <w:rPr>
          <w:b/>
          <w:sz w:val="30"/>
          <w:lang w:val="ru-RU"/>
        </w:rPr>
        <w:t>ПУБЛИЧНАЯ ОФЕРТА о заключении договора возмездного оказания информационно-консультационных услуг в сфере стиля и имиджа</w:t>
      </w:r>
    </w:p>
    <w:p w14:paraId="19188A8C" w14:textId="25B0E968" w:rsidR="0056000B" w:rsidRPr="00787E5C" w:rsidRDefault="00000000">
      <w:pPr>
        <w:rPr>
          <w:lang w:val="ru-RU"/>
        </w:rPr>
      </w:pPr>
      <w:r w:rsidRPr="00787E5C">
        <w:rPr>
          <w:b/>
          <w:lang w:val="ru-RU"/>
        </w:rPr>
        <w:t>Редакция утверждена и действует с</w:t>
      </w:r>
      <w:r w:rsidRPr="00787E5C">
        <w:rPr>
          <w:lang w:val="ru-RU"/>
        </w:rPr>
        <w:t xml:space="preserve"> </w:t>
      </w:r>
      <w:r w:rsidR="00787E5C" w:rsidRPr="00787E5C">
        <w:rPr>
          <w:b/>
          <w:bCs/>
          <w:lang w:val="ru-RU"/>
        </w:rPr>
        <w:t>14 августа 2026г.</w:t>
      </w:r>
    </w:p>
    <w:p w14:paraId="5D87E384" w14:textId="7E7F354D" w:rsidR="0056000B" w:rsidRPr="00787E5C" w:rsidRDefault="00000000">
      <w:pPr>
        <w:rPr>
          <w:lang w:val="ru-RU"/>
        </w:rPr>
      </w:pPr>
      <w:r w:rsidRPr="00787E5C">
        <w:rPr>
          <w:lang w:val="ru-RU"/>
        </w:rPr>
        <w:t xml:space="preserve">Карпова Ксения Анатольевна, применяющая специальный налоговый режим «Налог на профессиональный доход», ИНН 771382946579 (далее </w:t>
      </w:r>
      <w:r w:rsidR="00787E5C" w:rsidRPr="00787E5C">
        <w:rPr>
          <w:lang w:val="ru-RU"/>
        </w:rPr>
        <w:t>–</w:t>
      </w:r>
      <w:r w:rsidRPr="00787E5C">
        <w:rPr>
          <w:lang w:val="ru-RU"/>
        </w:rPr>
        <w:t xml:space="preserve"> Исполнитель), настоящим предлагает любому лицу заключить договор возмездного оказания информационно-консультационных услуг в сфере стиля и имиджа на условиях, изложенных ниже.</w:t>
      </w:r>
    </w:p>
    <w:p w14:paraId="413023CF" w14:textId="77777777" w:rsidR="0056000B" w:rsidRPr="00787E5C" w:rsidRDefault="00000000">
      <w:pPr>
        <w:rPr>
          <w:lang w:val="ru-RU"/>
        </w:rPr>
      </w:pPr>
      <w:r w:rsidRPr="00787E5C">
        <w:rPr>
          <w:lang w:val="ru-RU"/>
        </w:rPr>
        <w:t>Настоящий документ является публичной офертой в соответствии с пунктом 2 статьи 437 Гражданского кодекса Российской Федерации. Договор считается заключённым с момента совершения лицом действий, признаваемых акцептом согласно разделу 3 Оферты, и приравнивается к договору, подписанному сторонами собственноручно.</w:t>
      </w:r>
    </w:p>
    <w:p w14:paraId="6EDA8268" w14:textId="5F16881C" w:rsidR="0056000B" w:rsidRPr="00787E5C" w:rsidRDefault="00000000">
      <w:pPr>
        <w:rPr>
          <w:lang w:val="ru-RU"/>
        </w:rPr>
      </w:pPr>
      <w:r w:rsidRPr="00787E5C">
        <w:rPr>
          <w:lang w:val="ru-RU"/>
        </w:rPr>
        <w:t xml:space="preserve">Исполнитель просит внимательно ознакомиться с текстом Оферты до совершения акцепта. Если какое-либо из условий для вас неприемлемо </w:t>
      </w:r>
      <w:r w:rsidR="00787E5C" w:rsidRPr="00787E5C">
        <w:rPr>
          <w:lang w:val="ru-RU"/>
        </w:rPr>
        <w:t>–</w:t>
      </w:r>
      <w:r w:rsidRPr="00787E5C">
        <w:rPr>
          <w:lang w:val="ru-RU"/>
        </w:rPr>
        <w:t xml:space="preserve"> не совершайте действий, признаваемых акцептом. По вопросам, требующим индивидуального регулирования, Исполнитель готов обсудить заключение отдельного договора.</w:t>
      </w:r>
    </w:p>
    <w:p w14:paraId="4FC9B130" w14:textId="77777777" w:rsidR="0056000B" w:rsidRPr="00787E5C" w:rsidRDefault="00000000">
      <w:pPr>
        <w:rPr>
          <w:lang w:val="ru-RU"/>
        </w:rPr>
      </w:pPr>
      <w:r w:rsidRPr="00787E5C">
        <w:rPr>
          <w:lang w:val="ru-RU"/>
        </w:rPr>
        <w:t>Исполнитель обращает внимание, что оказываемые им услуги не являются образовательными и не являются медицинскими. Подробно статус услуг раскрыт в разделе 2 Оферты.</w:t>
      </w:r>
    </w:p>
    <w:p w14:paraId="079F5D60" w14:textId="77777777" w:rsidR="0056000B" w:rsidRPr="00787E5C" w:rsidRDefault="00000000">
      <w:pPr>
        <w:spacing w:before="280" w:after="160"/>
        <w:rPr>
          <w:lang w:val="ru-RU"/>
        </w:rPr>
      </w:pPr>
      <w:r w:rsidRPr="00787E5C">
        <w:rPr>
          <w:b/>
          <w:sz w:val="26"/>
          <w:lang w:val="ru-RU"/>
        </w:rPr>
        <w:t>1. ТЕРМИНЫ И ОПРЕДЕЛЕНИЯ</w:t>
      </w:r>
    </w:p>
    <w:p w14:paraId="07CDE4AD" w14:textId="77777777" w:rsidR="0056000B" w:rsidRPr="00787E5C" w:rsidRDefault="00000000">
      <w:pPr>
        <w:rPr>
          <w:lang w:val="ru-RU"/>
        </w:rPr>
      </w:pPr>
      <w:r w:rsidRPr="00787E5C">
        <w:rPr>
          <w:b/>
          <w:lang w:val="ru-RU"/>
        </w:rPr>
        <w:t>1.1.</w:t>
      </w:r>
      <w:r w:rsidRPr="00787E5C">
        <w:rPr>
          <w:lang w:val="ru-RU"/>
        </w:rPr>
        <w:t xml:space="preserve"> В настоящей Оферте перечисленные ниже термины используются в следующих значениях:</w:t>
      </w:r>
    </w:p>
    <w:p w14:paraId="00CA6830" w14:textId="3D419031" w:rsidR="0056000B" w:rsidRPr="00787E5C" w:rsidRDefault="00000000">
      <w:pPr>
        <w:rPr>
          <w:lang w:val="ru-RU"/>
        </w:rPr>
      </w:pPr>
      <w:r w:rsidRPr="00787E5C">
        <w:rPr>
          <w:b/>
          <w:lang w:val="ru-RU"/>
        </w:rPr>
        <w:t>1.1.1. Оферта</w:t>
      </w:r>
      <w:r w:rsidRPr="00787E5C">
        <w:rPr>
          <w:lang w:val="ru-RU"/>
        </w:rPr>
        <w:t xml:space="preserve"> </w:t>
      </w:r>
      <w:r w:rsidR="00787E5C" w:rsidRPr="00787E5C">
        <w:rPr>
          <w:lang w:val="ru-RU"/>
        </w:rPr>
        <w:t>–</w:t>
      </w:r>
      <w:r w:rsidRPr="00787E5C">
        <w:rPr>
          <w:lang w:val="ru-RU"/>
        </w:rPr>
        <w:t xml:space="preserve"> настоящий документ со всеми изменениями и дополнениями, размещённый на Сайте.</w:t>
      </w:r>
    </w:p>
    <w:p w14:paraId="700BBAC6" w14:textId="5E1E5E2F" w:rsidR="0056000B" w:rsidRPr="00787E5C" w:rsidRDefault="00000000">
      <w:pPr>
        <w:rPr>
          <w:lang w:val="ru-RU"/>
        </w:rPr>
      </w:pPr>
      <w:r w:rsidRPr="00787E5C">
        <w:rPr>
          <w:b/>
          <w:lang w:val="ru-RU"/>
        </w:rPr>
        <w:t>1.1.2. Сайт</w:t>
      </w:r>
      <w:r w:rsidRPr="00787E5C">
        <w:rPr>
          <w:lang w:val="ru-RU"/>
        </w:rPr>
        <w:t xml:space="preserve"> </w:t>
      </w:r>
      <w:r w:rsidR="00787E5C" w:rsidRPr="00787E5C">
        <w:rPr>
          <w:lang w:val="ru-RU"/>
        </w:rPr>
        <w:t>–</w:t>
      </w:r>
      <w:r w:rsidRPr="00787E5C">
        <w:rPr>
          <w:lang w:val="ru-RU"/>
        </w:rPr>
        <w:t xml:space="preserve"> сайт Исполнителя в сети Интернет по адресу </w:t>
      </w:r>
      <w:proofErr w:type="spellStart"/>
      <w:r>
        <w:t>ksushaverse</w:t>
      </w:r>
      <w:r w:rsidRPr="00787E5C">
        <w:rPr>
          <w:lang w:val="ru-RU"/>
        </w:rPr>
        <w:t>.</w:t>
      </w:r>
      <w:r>
        <w:t>ru</w:t>
      </w:r>
      <w:proofErr w:type="spellEnd"/>
      <w:r w:rsidRPr="00787E5C">
        <w:rPr>
          <w:lang w:val="ru-RU"/>
        </w:rPr>
        <w:t>, включая все его разделы и страницы.</w:t>
      </w:r>
    </w:p>
    <w:p w14:paraId="0D0926C2" w14:textId="59993801" w:rsidR="0056000B" w:rsidRPr="00787E5C" w:rsidRDefault="00000000">
      <w:pPr>
        <w:rPr>
          <w:lang w:val="ru-RU"/>
        </w:rPr>
      </w:pPr>
      <w:r w:rsidRPr="00787E5C">
        <w:rPr>
          <w:b/>
          <w:lang w:val="ru-RU"/>
        </w:rPr>
        <w:t>1.1.3. Описание услуг</w:t>
      </w:r>
      <w:r w:rsidRPr="00787E5C">
        <w:rPr>
          <w:lang w:val="ru-RU"/>
        </w:rPr>
        <w:t xml:space="preserve"> </w:t>
      </w:r>
      <w:r w:rsidR="00787E5C" w:rsidRPr="00787E5C">
        <w:rPr>
          <w:lang w:val="ru-RU"/>
        </w:rPr>
        <w:t>–</w:t>
      </w:r>
      <w:r w:rsidRPr="00787E5C">
        <w:rPr>
          <w:lang w:val="ru-RU"/>
        </w:rPr>
        <w:t xml:space="preserve"> размещённая на Сайте информация о конкретных услугах Исполнителя: их составе, содержании, порядке и сроках оказания, этапах, стоимости, условиях оплаты и иных применимых условиях. Описание услуг является неотъемлемой частью Оферты. При расхождении между Офертой и Описанием услуг приоритет имеет Оферта, за исключением сведений о составе, стоимости и этапах конкретной услуги, которые определяются Описанием услуг.</w:t>
      </w:r>
    </w:p>
    <w:p w14:paraId="3320A3D7" w14:textId="1F18F60B" w:rsidR="0056000B" w:rsidRPr="00787E5C" w:rsidRDefault="00000000">
      <w:pPr>
        <w:rPr>
          <w:lang w:val="ru-RU"/>
        </w:rPr>
      </w:pPr>
      <w:r w:rsidRPr="00787E5C">
        <w:rPr>
          <w:b/>
          <w:lang w:val="ru-RU"/>
        </w:rPr>
        <w:lastRenderedPageBreak/>
        <w:t>1.1.4. Акцепт</w:t>
      </w:r>
      <w:r w:rsidRPr="00787E5C">
        <w:rPr>
          <w:lang w:val="ru-RU"/>
        </w:rPr>
        <w:t xml:space="preserve"> </w:t>
      </w:r>
      <w:r w:rsidR="00787E5C" w:rsidRPr="00787E5C">
        <w:rPr>
          <w:lang w:val="ru-RU"/>
        </w:rPr>
        <w:t>–</w:t>
      </w:r>
      <w:r w:rsidRPr="00787E5C">
        <w:rPr>
          <w:lang w:val="ru-RU"/>
        </w:rPr>
        <w:t xml:space="preserve"> полное и безоговорочное принятие Заказчиком условий Оферты путём совершения действий, предусмотренных разделом 3. Акцепт на иных условиях, а равно акцепт части условий Офертой не допускается.</w:t>
      </w:r>
    </w:p>
    <w:p w14:paraId="063A2DE6" w14:textId="766B8477" w:rsidR="0056000B" w:rsidRPr="00787E5C" w:rsidRDefault="00000000">
      <w:pPr>
        <w:rPr>
          <w:lang w:val="ru-RU"/>
        </w:rPr>
      </w:pPr>
      <w:r w:rsidRPr="00787E5C">
        <w:rPr>
          <w:b/>
          <w:lang w:val="ru-RU"/>
        </w:rPr>
        <w:t>1.1.5. Исполнитель</w:t>
      </w:r>
      <w:r w:rsidRPr="00787E5C">
        <w:rPr>
          <w:lang w:val="ru-RU"/>
        </w:rPr>
        <w:t xml:space="preserve"> </w:t>
      </w:r>
      <w:r w:rsidR="00787E5C" w:rsidRPr="00787E5C">
        <w:rPr>
          <w:lang w:val="ru-RU"/>
        </w:rPr>
        <w:t>–</w:t>
      </w:r>
      <w:r w:rsidRPr="00787E5C">
        <w:rPr>
          <w:lang w:val="ru-RU"/>
        </w:rPr>
        <w:t xml:space="preserve"> Карпова Ксения Анатольевна, применяющая специальный налоговый режим «Налог на профессиональный доход».</w:t>
      </w:r>
    </w:p>
    <w:p w14:paraId="00FF8C47" w14:textId="5F9F7B23" w:rsidR="0056000B" w:rsidRPr="00787E5C" w:rsidRDefault="00000000">
      <w:pPr>
        <w:rPr>
          <w:lang w:val="ru-RU"/>
        </w:rPr>
      </w:pPr>
      <w:r w:rsidRPr="00787E5C">
        <w:rPr>
          <w:b/>
          <w:lang w:val="ru-RU"/>
        </w:rPr>
        <w:t>1.1.6. Заказчик</w:t>
      </w:r>
      <w:r w:rsidRPr="00787E5C">
        <w:rPr>
          <w:lang w:val="ru-RU"/>
        </w:rPr>
        <w:t xml:space="preserve"> </w:t>
      </w:r>
      <w:r w:rsidR="00787E5C" w:rsidRPr="00787E5C">
        <w:rPr>
          <w:lang w:val="ru-RU"/>
        </w:rPr>
        <w:t>–</w:t>
      </w:r>
      <w:r w:rsidRPr="00787E5C">
        <w:rPr>
          <w:lang w:val="ru-RU"/>
        </w:rPr>
        <w:t xml:space="preserve"> физическое лицо, индивидуальный предприниматель или юридическое лицо, совершившее Акцепт.</w:t>
      </w:r>
    </w:p>
    <w:p w14:paraId="66B52A5A" w14:textId="3C67496A" w:rsidR="0056000B" w:rsidRPr="00787E5C" w:rsidRDefault="00000000">
      <w:pPr>
        <w:rPr>
          <w:lang w:val="ru-RU"/>
        </w:rPr>
      </w:pPr>
      <w:r w:rsidRPr="00787E5C">
        <w:rPr>
          <w:b/>
          <w:lang w:val="ru-RU"/>
        </w:rPr>
        <w:t>1.1.7. Потребитель</w:t>
      </w:r>
      <w:r w:rsidRPr="00787E5C">
        <w:rPr>
          <w:lang w:val="ru-RU"/>
        </w:rPr>
        <w:t xml:space="preserve"> </w:t>
      </w:r>
      <w:r w:rsidR="00787E5C" w:rsidRPr="00787E5C">
        <w:rPr>
          <w:lang w:val="ru-RU"/>
        </w:rPr>
        <w:t>–</w:t>
      </w:r>
      <w:r w:rsidRPr="00787E5C">
        <w:rPr>
          <w:lang w:val="ru-RU"/>
        </w:rPr>
        <w:t xml:space="preserve"> Заказчик, являющийся физическим лицом и приобретающий Услуги для личных, семейных, домашних и иных нужд, не связанных с осуществлением предпринимательской деятельности. К отношениям с Потребителем применяется законодательство Российской Федерации о защите прав потребителей.</w:t>
      </w:r>
    </w:p>
    <w:p w14:paraId="4F269F21" w14:textId="5E139DA1" w:rsidR="0056000B" w:rsidRPr="00787E5C" w:rsidRDefault="00000000">
      <w:pPr>
        <w:rPr>
          <w:lang w:val="ru-RU"/>
        </w:rPr>
      </w:pPr>
      <w:r w:rsidRPr="00787E5C">
        <w:rPr>
          <w:b/>
          <w:lang w:val="ru-RU"/>
        </w:rPr>
        <w:t>1.1.8. Получатель услуги</w:t>
      </w:r>
      <w:r w:rsidRPr="00787E5C">
        <w:rPr>
          <w:lang w:val="ru-RU"/>
        </w:rPr>
        <w:t xml:space="preserve"> </w:t>
      </w:r>
      <w:r w:rsidR="00787E5C" w:rsidRPr="00787E5C">
        <w:rPr>
          <w:lang w:val="ru-RU"/>
        </w:rPr>
        <w:t>–</w:t>
      </w:r>
      <w:r w:rsidRPr="00787E5C">
        <w:rPr>
          <w:lang w:val="ru-RU"/>
        </w:rPr>
        <w:t xml:space="preserve"> физическое лицо, которому фактически оказываются Услуги, если Заказчик приобрёл их в пользу такого лица. Условия Оферты распространяются на Получателя услуги в части, относящейся к порядку получения Услуг и к обязанностям при их получении.</w:t>
      </w:r>
    </w:p>
    <w:p w14:paraId="17B39187" w14:textId="74ECE5E5" w:rsidR="0056000B" w:rsidRPr="00787E5C" w:rsidRDefault="00000000">
      <w:pPr>
        <w:rPr>
          <w:lang w:val="ru-RU"/>
        </w:rPr>
      </w:pPr>
      <w:r w:rsidRPr="00787E5C">
        <w:rPr>
          <w:b/>
          <w:lang w:val="ru-RU"/>
        </w:rPr>
        <w:t>1.1.9. Стороны</w:t>
      </w:r>
      <w:r w:rsidRPr="00787E5C">
        <w:rPr>
          <w:lang w:val="ru-RU"/>
        </w:rPr>
        <w:t xml:space="preserve"> </w:t>
      </w:r>
      <w:r w:rsidR="00787E5C" w:rsidRPr="00787E5C">
        <w:rPr>
          <w:lang w:val="ru-RU"/>
        </w:rPr>
        <w:t>–</w:t>
      </w:r>
      <w:r w:rsidRPr="00787E5C">
        <w:rPr>
          <w:lang w:val="ru-RU"/>
        </w:rPr>
        <w:t xml:space="preserve"> Исполнитель и Заказчик совместно.</w:t>
      </w:r>
    </w:p>
    <w:p w14:paraId="5EE2A808" w14:textId="0BF0B612" w:rsidR="0056000B" w:rsidRPr="00787E5C" w:rsidRDefault="00000000">
      <w:pPr>
        <w:rPr>
          <w:lang w:val="ru-RU"/>
        </w:rPr>
      </w:pPr>
      <w:r w:rsidRPr="00787E5C">
        <w:rPr>
          <w:b/>
          <w:lang w:val="ru-RU"/>
        </w:rPr>
        <w:t>1.1.10. Услуги</w:t>
      </w:r>
      <w:r w:rsidRPr="00787E5C">
        <w:rPr>
          <w:lang w:val="ru-RU"/>
        </w:rPr>
        <w:t xml:space="preserve"> </w:t>
      </w:r>
      <w:r w:rsidR="00787E5C" w:rsidRPr="00787E5C">
        <w:rPr>
          <w:lang w:val="ru-RU"/>
        </w:rPr>
        <w:t>–</w:t>
      </w:r>
      <w:r w:rsidRPr="00787E5C">
        <w:rPr>
          <w:lang w:val="ru-RU"/>
        </w:rPr>
        <w:t xml:space="preserve"> информационно-консультационные услуги Исполнителя в сфере стиля, имиджа и формирования гардероба, оказываемые очно либо дистанционно, перечень и содержание которых определяются Описанием услуг.</w:t>
      </w:r>
    </w:p>
    <w:p w14:paraId="38551964" w14:textId="18F58154" w:rsidR="0056000B" w:rsidRPr="00787E5C" w:rsidRDefault="00000000">
      <w:pPr>
        <w:rPr>
          <w:lang w:val="ru-RU"/>
        </w:rPr>
      </w:pPr>
      <w:r w:rsidRPr="00787E5C">
        <w:rPr>
          <w:b/>
          <w:lang w:val="ru-RU"/>
        </w:rPr>
        <w:t>1.1.11. Заявка</w:t>
      </w:r>
      <w:r w:rsidRPr="00787E5C">
        <w:rPr>
          <w:lang w:val="ru-RU"/>
        </w:rPr>
        <w:t xml:space="preserve"> </w:t>
      </w:r>
      <w:r w:rsidR="00787E5C" w:rsidRPr="00787E5C">
        <w:rPr>
          <w:lang w:val="ru-RU"/>
        </w:rPr>
        <w:t>–</w:t>
      </w:r>
      <w:r w:rsidRPr="00787E5C">
        <w:rPr>
          <w:lang w:val="ru-RU"/>
        </w:rPr>
        <w:t xml:space="preserve"> обращение Заказчика к Исполнителю с намерением получить Услугу, направленное через форму на Сайте, по электронной почте, в мессенджере или иным способом, указанным на Сайте.</w:t>
      </w:r>
    </w:p>
    <w:p w14:paraId="33BBED0B" w14:textId="4B269C3B" w:rsidR="0056000B" w:rsidRPr="00787E5C" w:rsidRDefault="00000000">
      <w:pPr>
        <w:rPr>
          <w:lang w:val="ru-RU"/>
        </w:rPr>
      </w:pPr>
      <w:r w:rsidRPr="00787E5C">
        <w:rPr>
          <w:b/>
          <w:lang w:val="ru-RU"/>
        </w:rPr>
        <w:t>1.1.12. Анкета</w:t>
      </w:r>
      <w:r w:rsidRPr="00787E5C">
        <w:rPr>
          <w:lang w:val="ru-RU"/>
        </w:rPr>
        <w:t xml:space="preserve"> </w:t>
      </w:r>
      <w:r w:rsidR="00787E5C" w:rsidRPr="00787E5C">
        <w:rPr>
          <w:lang w:val="ru-RU"/>
        </w:rPr>
        <w:t>–</w:t>
      </w:r>
      <w:r w:rsidRPr="00787E5C">
        <w:rPr>
          <w:lang w:val="ru-RU"/>
        </w:rPr>
        <w:t xml:space="preserve"> предоставляемая Исполнителем форма для сбора сведений, необходимых для оказания Услуги: параметров и особенностей телосложения, стилевых предпочтений, образа жизни, профессиональной среды, целей обращения и иных сведений, имеющих значение для подбора рекомендаций.</w:t>
      </w:r>
    </w:p>
    <w:p w14:paraId="4B817F0F" w14:textId="5E96C20A" w:rsidR="0056000B" w:rsidRPr="00787E5C" w:rsidRDefault="00000000">
      <w:pPr>
        <w:rPr>
          <w:lang w:val="ru-RU"/>
        </w:rPr>
      </w:pPr>
      <w:r w:rsidRPr="00787E5C">
        <w:rPr>
          <w:b/>
          <w:lang w:val="ru-RU"/>
        </w:rPr>
        <w:t>1.1.13. Этап</w:t>
      </w:r>
      <w:r w:rsidRPr="00787E5C">
        <w:rPr>
          <w:lang w:val="ru-RU"/>
        </w:rPr>
        <w:t xml:space="preserve"> </w:t>
      </w:r>
      <w:r w:rsidR="00787E5C" w:rsidRPr="00787E5C">
        <w:rPr>
          <w:lang w:val="ru-RU"/>
        </w:rPr>
        <w:t>–</w:t>
      </w:r>
      <w:r w:rsidRPr="00787E5C">
        <w:rPr>
          <w:lang w:val="ru-RU"/>
        </w:rPr>
        <w:t xml:space="preserve"> самостоятельная, выделенная по содержанию часть Услуги, которой соответствует определённая доля её стоимости. Состав Этапов и распределение стоимости между ними определяются Описанием услуг, а при отсутствии таких указаний </w:t>
      </w:r>
      <w:r w:rsidR="00787E5C" w:rsidRPr="00787E5C">
        <w:rPr>
          <w:lang w:val="ru-RU"/>
        </w:rPr>
        <w:t>–</w:t>
      </w:r>
      <w:r w:rsidRPr="00787E5C">
        <w:rPr>
          <w:lang w:val="ru-RU"/>
        </w:rPr>
        <w:t xml:space="preserve"> разделом 6 Оферты.</w:t>
      </w:r>
    </w:p>
    <w:p w14:paraId="41F447E7" w14:textId="6345968C" w:rsidR="0056000B" w:rsidRPr="00787E5C" w:rsidRDefault="00000000">
      <w:pPr>
        <w:rPr>
          <w:lang w:val="ru-RU"/>
        </w:rPr>
      </w:pPr>
      <w:r w:rsidRPr="00787E5C">
        <w:rPr>
          <w:b/>
          <w:lang w:val="ru-RU"/>
        </w:rPr>
        <w:t>1.1.14. Материалы</w:t>
      </w:r>
      <w:r w:rsidRPr="00787E5C">
        <w:rPr>
          <w:lang w:val="ru-RU"/>
        </w:rPr>
        <w:t xml:space="preserve"> </w:t>
      </w:r>
      <w:r w:rsidR="00787E5C" w:rsidRPr="00787E5C">
        <w:rPr>
          <w:lang w:val="ru-RU"/>
        </w:rPr>
        <w:t>–</w:t>
      </w:r>
      <w:r w:rsidRPr="00787E5C">
        <w:rPr>
          <w:lang w:val="ru-RU"/>
        </w:rPr>
        <w:t xml:space="preserve"> созданные Исполнителем результаты интеллектуальной деятельности, передаваемые Заказчику или предоставляемые ему в доступ при оказании Услуг: гайды, чек-листы, презентации, подборки, альбомы оцифрованного гардероба, записи вебинаров и иных мероприятий, письменные и </w:t>
      </w:r>
      <w:proofErr w:type="spellStart"/>
      <w:r w:rsidRPr="00787E5C">
        <w:rPr>
          <w:lang w:val="ru-RU"/>
        </w:rPr>
        <w:t>аудиорекомендации</w:t>
      </w:r>
      <w:proofErr w:type="spellEnd"/>
      <w:r w:rsidRPr="00787E5C">
        <w:rPr>
          <w:lang w:val="ru-RU"/>
        </w:rPr>
        <w:t>.</w:t>
      </w:r>
    </w:p>
    <w:p w14:paraId="53774082" w14:textId="37644D89" w:rsidR="0056000B" w:rsidRPr="00787E5C" w:rsidRDefault="00000000">
      <w:pPr>
        <w:rPr>
          <w:lang w:val="ru-RU"/>
        </w:rPr>
      </w:pPr>
      <w:r w:rsidRPr="00787E5C">
        <w:rPr>
          <w:b/>
          <w:lang w:val="ru-RU"/>
        </w:rPr>
        <w:lastRenderedPageBreak/>
        <w:t>1.1.15. Платформа</w:t>
      </w:r>
      <w:r w:rsidRPr="00787E5C">
        <w:rPr>
          <w:lang w:val="ru-RU"/>
        </w:rPr>
        <w:t xml:space="preserve"> </w:t>
      </w:r>
      <w:r w:rsidR="00787E5C" w:rsidRPr="00787E5C">
        <w:rPr>
          <w:lang w:val="ru-RU"/>
        </w:rPr>
        <w:t>–</w:t>
      </w:r>
      <w:r w:rsidRPr="00787E5C">
        <w:rPr>
          <w:lang w:val="ru-RU"/>
        </w:rPr>
        <w:t xml:space="preserve"> программно-технический ресурс, посредством которого Исполнитель предоставляет доступ к Материалам или проводит мероприятия: Сайт, канал или бот в мессенджере, мини-приложение, сервис видеоконференцсвязи. Выбор Платформы осуществляет Исполнитель.</w:t>
      </w:r>
    </w:p>
    <w:p w14:paraId="20F2A208" w14:textId="686662CA" w:rsidR="0056000B" w:rsidRPr="00787E5C" w:rsidRDefault="00000000">
      <w:pPr>
        <w:rPr>
          <w:lang w:val="ru-RU"/>
        </w:rPr>
      </w:pPr>
      <w:r w:rsidRPr="00787E5C">
        <w:rPr>
          <w:b/>
          <w:lang w:val="ru-RU"/>
        </w:rPr>
        <w:t>1.1.16. Часовая ставка</w:t>
      </w:r>
      <w:r w:rsidRPr="00787E5C">
        <w:rPr>
          <w:lang w:val="ru-RU"/>
        </w:rPr>
        <w:t xml:space="preserve"> </w:t>
      </w:r>
      <w:r w:rsidR="00787E5C" w:rsidRPr="00787E5C">
        <w:rPr>
          <w:lang w:val="ru-RU"/>
        </w:rPr>
        <w:t>–</w:t>
      </w:r>
      <w:r w:rsidRPr="00787E5C">
        <w:rPr>
          <w:lang w:val="ru-RU"/>
        </w:rPr>
        <w:t xml:space="preserve"> стоимость одного часа работы Исполнителя, указанная в Описании услуг. Применяется для расчёта стоимости дополнительного времени и в случаях, прямо предусмотренных Офертой.</w:t>
      </w:r>
    </w:p>
    <w:p w14:paraId="173EC87A" w14:textId="111BA315" w:rsidR="0056000B" w:rsidRPr="00787E5C" w:rsidRDefault="00000000">
      <w:pPr>
        <w:rPr>
          <w:lang w:val="ru-RU"/>
        </w:rPr>
      </w:pPr>
      <w:r w:rsidRPr="00787E5C">
        <w:rPr>
          <w:b/>
          <w:lang w:val="ru-RU"/>
        </w:rPr>
        <w:t>1.1.17. Уполномоченные адреса</w:t>
      </w:r>
      <w:r w:rsidRPr="00787E5C">
        <w:rPr>
          <w:lang w:val="ru-RU"/>
        </w:rPr>
        <w:t xml:space="preserve"> </w:t>
      </w:r>
      <w:r w:rsidR="00787E5C" w:rsidRPr="00787E5C">
        <w:rPr>
          <w:lang w:val="ru-RU"/>
        </w:rPr>
        <w:t>–</w:t>
      </w:r>
      <w:r w:rsidRPr="00787E5C">
        <w:rPr>
          <w:lang w:val="ru-RU"/>
        </w:rPr>
        <w:t xml:space="preserve"> адреса электронной почты и номера в мессенджерах, определённые в разделе 18 Оферты, посредством которых Стороны направляют друг другу юридически значимые сообщения.</w:t>
      </w:r>
    </w:p>
    <w:p w14:paraId="5E9DB34E" w14:textId="40208A4E" w:rsidR="0056000B" w:rsidRPr="00787E5C" w:rsidRDefault="00000000">
      <w:pPr>
        <w:rPr>
          <w:lang w:val="ru-RU"/>
        </w:rPr>
      </w:pPr>
      <w:r w:rsidRPr="00787E5C">
        <w:rPr>
          <w:b/>
          <w:lang w:val="ru-RU"/>
        </w:rPr>
        <w:t>1.1.18. Сопутствующие документы</w:t>
      </w:r>
      <w:r w:rsidRPr="00787E5C">
        <w:rPr>
          <w:lang w:val="ru-RU"/>
        </w:rPr>
        <w:t xml:space="preserve"> </w:t>
      </w:r>
      <w:r w:rsidR="00787E5C" w:rsidRPr="00787E5C">
        <w:rPr>
          <w:lang w:val="ru-RU"/>
        </w:rPr>
        <w:t>–</w:t>
      </w:r>
      <w:r w:rsidRPr="00787E5C">
        <w:rPr>
          <w:lang w:val="ru-RU"/>
        </w:rPr>
        <w:t xml:space="preserve"> Политика обработки персональных данных и формы согласий, размещённые на Сайте. Сопутствующие документы регулируют обработку персональных данных самостоятельно и не входят в предмет настоящей Оферты.</w:t>
      </w:r>
    </w:p>
    <w:p w14:paraId="62F4A002" w14:textId="359BC8A1" w:rsidR="0056000B" w:rsidRPr="00787E5C" w:rsidRDefault="00000000">
      <w:pPr>
        <w:rPr>
          <w:lang w:val="ru-RU"/>
        </w:rPr>
      </w:pPr>
      <w:r w:rsidRPr="00787E5C">
        <w:rPr>
          <w:b/>
          <w:lang w:val="ru-RU"/>
        </w:rPr>
        <w:t>1.1.19. Рабочие дни</w:t>
      </w:r>
      <w:r w:rsidRPr="00787E5C">
        <w:rPr>
          <w:lang w:val="ru-RU"/>
        </w:rPr>
        <w:t xml:space="preserve"> </w:t>
      </w:r>
      <w:r w:rsidR="00787E5C" w:rsidRPr="00787E5C">
        <w:rPr>
          <w:lang w:val="ru-RU"/>
        </w:rPr>
        <w:t>–</w:t>
      </w:r>
      <w:r w:rsidRPr="00787E5C">
        <w:rPr>
          <w:lang w:val="ru-RU"/>
        </w:rPr>
        <w:t xml:space="preserve"> дни, не являющиеся выходными и нерабочими праздничными днями по законодательству Российской Федерации. Если срок в Оферте указан в днях без уточнения </w:t>
      </w:r>
      <w:r w:rsidR="00787E5C" w:rsidRPr="00787E5C">
        <w:rPr>
          <w:lang w:val="ru-RU"/>
        </w:rPr>
        <w:t>–</w:t>
      </w:r>
      <w:r w:rsidRPr="00787E5C">
        <w:rPr>
          <w:lang w:val="ru-RU"/>
        </w:rPr>
        <w:t xml:space="preserve"> имеются в виду календарные дни.</w:t>
      </w:r>
    </w:p>
    <w:p w14:paraId="5DAB6369" w14:textId="4493F998" w:rsidR="0056000B" w:rsidRPr="00787E5C" w:rsidRDefault="00000000">
      <w:pPr>
        <w:rPr>
          <w:lang w:val="ru-RU"/>
        </w:rPr>
      </w:pPr>
      <w:r w:rsidRPr="00787E5C">
        <w:rPr>
          <w:b/>
          <w:lang w:val="ru-RU"/>
        </w:rPr>
        <w:t>1.2.</w:t>
      </w:r>
      <w:r w:rsidRPr="00787E5C">
        <w:rPr>
          <w:lang w:val="ru-RU"/>
        </w:rPr>
        <w:t xml:space="preserve"> Термины, не определённые в пункте 1.1, толкуются в значении, установленном законодательством Российской Федерации, а при его отсутствии </w:t>
      </w:r>
      <w:r w:rsidR="00787E5C" w:rsidRPr="00787E5C">
        <w:rPr>
          <w:lang w:val="ru-RU"/>
        </w:rPr>
        <w:t>–</w:t>
      </w:r>
      <w:r w:rsidRPr="00787E5C">
        <w:rPr>
          <w:lang w:val="ru-RU"/>
        </w:rPr>
        <w:t xml:space="preserve"> в значении, вытекающем из содержания Оферты и Описания услуг.</w:t>
      </w:r>
    </w:p>
    <w:p w14:paraId="1311A88F" w14:textId="77777777" w:rsidR="0056000B" w:rsidRPr="00787E5C" w:rsidRDefault="00000000">
      <w:pPr>
        <w:rPr>
          <w:lang w:val="ru-RU"/>
        </w:rPr>
      </w:pPr>
      <w:r w:rsidRPr="00787E5C">
        <w:rPr>
          <w:b/>
          <w:lang w:val="ru-RU"/>
        </w:rPr>
        <w:t>1.3.</w:t>
      </w:r>
      <w:r w:rsidRPr="00787E5C">
        <w:rPr>
          <w:lang w:val="ru-RU"/>
        </w:rPr>
        <w:t xml:space="preserve"> Заголовки разделов приведены для удобства чтения и не влияют на толкование условий Оферты.</w:t>
      </w:r>
    </w:p>
    <w:p w14:paraId="277C41A1" w14:textId="77777777" w:rsidR="0056000B" w:rsidRPr="00787E5C" w:rsidRDefault="00000000">
      <w:pPr>
        <w:spacing w:before="280" w:after="160"/>
        <w:rPr>
          <w:lang w:val="ru-RU"/>
        </w:rPr>
      </w:pPr>
      <w:r w:rsidRPr="00787E5C">
        <w:rPr>
          <w:b/>
          <w:sz w:val="26"/>
          <w:lang w:val="ru-RU"/>
        </w:rPr>
        <w:t>2. ПРЕДМЕТ ДОГОВОРА И СТАТУС ИСПОЛНИТЕЛЯ</w:t>
      </w:r>
    </w:p>
    <w:p w14:paraId="64EE827F" w14:textId="77777777" w:rsidR="0056000B" w:rsidRPr="00787E5C" w:rsidRDefault="00000000">
      <w:pPr>
        <w:rPr>
          <w:lang w:val="ru-RU"/>
        </w:rPr>
      </w:pPr>
      <w:r w:rsidRPr="00787E5C">
        <w:rPr>
          <w:b/>
          <w:lang w:val="ru-RU"/>
        </w:rPr>
        <w:t>2.1.</w:t>
      </w:r>
      <w:r w:rsidRPr="00787E5C">
        <w:rPr>
          <w:lang w:val="ru-RU"/>
        </w:rPr>
        <w:t xml:space="preserve"> Исполнитель обязуется оказать Заказчику информационно-консультационные услуги в сфере стиля, имиджа и формирования гардероба, а Заказчик обязуется оплатить их и принять в порядке, установленном Офертой. Перечень, содержание, стоимость, состав Этапов и сроки оказания конкретной Услуги определяются Описанием услуг.</w:t>
      </w:r>
    </w:p>
    <w:p w14:paraId="2D112724" w14:textId="77777777" w:rsidR="0056000B" w:rsidRPr="00787E5C" w:rsidRDefault="00000000">
      <w:pPr>
        <w:rPr>
          <w:lang w:val="ru-RU"/>
        </w:rPr>
      </w:pPr>
      <w:r w:rsidRPr="00787E5C">
        <w:rPr>
          <w:b/>
          <w:lang w:val="ru-RU"/>
        </w:rPr>
        <w:t>2.2.</w:t>
      </w:r>
      <w:r w:rsidRPr="00787E5C">
        <w:rPr>
          <w:lang w:val="ru-RU"/>
        </w:rPr>
        <w:t xml:space="preserve"> Услуги оказываются очно на территории города Москвы либо дистанционно с использованием сети Интернет. Оказание очных услуг за пределами города Москвы возможно по согласованию Сторон на условиях пункта 8.6 Оферты.</w:t>
      </w:r>
    </w:p>
    <w:p w14:paraId="0617643A" w14:textId="77777777" w:rsidR="0056000B" w:rsidRPr="00787E5C" w:rsidRDefault="00000000">
      <w:pPr>
        <w:rPr>
          <w:lang w:val="ru-RU"/>
        </w:rPr>
      </w:pPr>
      <w:r w:rsidRPr="00787E5C">
        <w:rPr>
          <w:b/>
          <w:lang w:val="ru-RU"/>
        </w:rPr>
        <w:t>2.3.</w:t>
      </w:r>
      <w:r w:rsidRPr="00787E5C">
        <w:rPr>
          <w:lang w:val="ru-RU"/>
        </w:rPr>
        <w:t xml:space="preserve"> Результатом Услуг является предоставление Заказчику профессиональных рекомендаций и Материалов в объёме, определённом Описанием соответствующей Услуги. Услуги носят информационно-консультационный характер: их ценность заключается в самой деятельности Исполнителя и переданных рекомендациях, а не </w:t>
      </w:r>
      <w:r w:rsidRPr="00787E5C">
        <w:rPr>
          <w:lang w:val="ru-RU"/>
        </w:rPr>
        <w:lastRenderedPageBreak/>
        <w:t>в достижении Заказчиком того или иного субъективного результата. Особенности приёмки Услуг и признания их оказанными установлены разделом 7 Оферты.</w:t>
      </w:r>
    </w:p>
    <w:p w14:paraId="4A6CB7DF" w14:textId="77777777" w:rsidR="0056000B" w:rsidRPr="00787E5C" w:rsidRDefault="00000000">
      <w:pPr>
        <w:rPr>
          <w:lang w:val="ru-RU"/>
        </w:rPr>
      </w:pPr>
      <w:r w:rsidRPr="00787E5C">
        <w:rPr>
          <w:b/>
          <w:lang w:val="ru-RU"/>
        </w:rPr>
        <w:t>2.4. Статус Услуг.</w:t>
      </w:r>
      <w:r w:rsidRPr="00787E5C">
        <w:rPr>
          <w:lang w:val="ru-RU"/>
        </w:rPr>
        <w:t xml:space="preserve"> Исполнитель не является образовательной организацией и не осуществляет образовательную деятельность в значении Федерального закона от 29.12.2012 № 273-ФЗ «Об образовании в Российской Федерации». Услуги не сопровождаются проведением промежуточной или итоговой аттестации, не ведут к присвоению квалификации, разряда или уровня образования. По итогам оказания Услуг документы об образовании и (или) о квалификации не выдаются. Проводимые Исполнителем вебинары, практикумы, интенсивы, марафоны и иные мероприятия являются формой предоставления информации и обмена профессиональным опытом.</w:t>
      </w:r>
    </w:p>
    <w:p w14:paraId="47D6C5B2" w14:textId="77777777" w:rsidR="0056000B" w:rsidRPr="00787E5C" w:rsidRDefault="00000000">
      <w:pPr>
        <w:rPr>
          <w:lang w:val="ru-RU"/>
        </w:rPr>
      </w:pPr>
      <w:r w:rsidRPr="00787E5C">
        <w:rPr>
          <w:b/>
          <w:lang w:val="ru-RU"/>
        </w:rPr>
        <w:t>2.5. Услуги не являются медицинскими.</w:t>
      </w:r>
      <w:r w:rsidRPr="00787E5C">
        <w:rPr>
          <w:lang w:val="ru-RU"/>
        </w:rPr>
        <w:t xml:space="preserve"> Исполнитель не оказывает медицинских услуг, не осуществляет диагностику, лечение или профилактику заболеваний, не даёт рекомендаций по питанию, снижению или набору веса, лечебной физической нагрузке и не запрашивает сведений о состоянии здоровья Заказчика или Получателя услуги. Рекомендации Исполнителя относятся исключительно к подбору одежды, обуви, аксессуаров и формированию внешнего образа с учётом особенностей телосложения и предпочтений Заказчика. Решение о применении рекомендаций Заказчик принимает самостоятельно.</w:t>
      </w:r>
    </w:p>
    <w:p w14:paraId="156B15C8" w14:textId="77777777" w:rsidR="0056000B" w:rsidRPr="00787E5C" w:rsidRDefault="00000000">
      <w:pPr>
        <w:rPr>
          <w:lang w:val="ru-RU"/>
        </w:rPr>
      </w:pPr>
      <w:r w:rsidRPr="00787E5C">
        <w:rPr>
          <w:b/>
          <w:lang w:val="ru-RU"/>
        </w:rPr>
        <w:t>2.6. Информационно-консультационный, а не гарантированный характер результата.</w:t>
      </w:r>
      <w:r w:rsidRPr="00787E5C">
        <w:rPr>
          <w:lang w:val="ru-RU"/>
        </w:rPr>
        <w:t xml:space="preserve"> Восприятие Услуг зависит не только от деятельности Исполнителя, но и от индивидуальных особенностей, вкусов, ожиданий и последующих действий Заказчика, а также от иных обстоятельств, находящихся вне контроля Исполнителя. Исполнитель обеспечивает профессиональный уровень оказания Услуг, но не гарантирует совпадения результата с субъективными ожиданиями Заказчика. Подготовка вещей Заказчика к носке (химчистка, ремонт, подгонка по фигуре) в состав Услуг не входит и обеспечивается Заказчиком самостоятельно.</w:t>
      </w:r>
    </w:p>
    <w:p w14:paraId="482F6482" w14:textId="77777777" w:rsidR="0056000B" w:rsidRPr="00787E5C" w:rsidRDefault="00000000">
      <w:pPr>
        <w:rPr>
          <w:lang w:val="ru-RU"/>
        </w:rPr>
      </w:pPr>
      <w:r w:rsidRPr="00787E5C">
        <w:rPr>
          <w:b/>
          <w:lang w:val="ru-RU"/>
        </w:rPr>
        <w:t>2.7.</w:t>
      </w:r>
      <w:r w:rsidRPr="00787E5C">
        <w:rPr>
          <w:lang w:val="ru-RU"/>
        </w:rPr>
        <w:t xml:space="preserve"> Оказание Услуг не требует получения Исполнителем лицензий или иных специальных разрешений.</w:t>
      </w:r>
    </w:p>
    <w:p w14:paraId="5D2FBAAC" w14:textId="77777777" w:rsidR="0056000B" w:rsidRPr="00787E5C" w:rsidRDefault="00000000">
      <w:pPr>
        <w:rPr>
          <w:lang w:val="ru-RU"/>
        </w:rPr>
      </w:pPr>
      <w:r w:rsidRPr="00787E5C">
        <w:rPr>
          <w:b/>
          <w:lang w:val="ru-RU"/>
        </w:rPr>
        <w:t>2.8.</w:t>
      </w:r>
      <w:r w:rsidRPr="00787E5C">
        <w:rPr>
          <w:lang w:val="ru-RU"/>
        </w:rPr>
        <w:t xml:space="preserve"> Заказчик подтверждает, что до совершения Акцепта ознакомился с содержанием и стоимостью выбранной Услуги в Описании услуг, и что предмет договора, порядок его исполнения и условия оплаты ему понятны.</w:t>
      </w:r>
    </w:p>
    <w:p w14:paraId="0B194476" w14:textId="77777777" w:rsidR="0056000B" w:rsidRPr="00787E5C" w:rsidRDefault="00000000">
      <w:pPr>
        <w:spacing w:before="280" w:after="160"/>
        <w:rPr>
          <w:lang w:val="ru-RU"/>
        </w:rPr>
      </w:pPr>
      <w:r w:rsidRPr="00787E5C">
        <w:rPr>
          <w:b/>
          <w:sz w:val="26"/>
          <w:lang w:val="ru-RU"/>
        </w:rPr>
        <w:t>3. ЗАКЛЮЧЕНИЕ ДОГОВОРА</w:t>
      </w:r>
    </w:p>
    <w:p w14:paraId="63640C87" w14:textId="77777777" w:rsidR="0056000B" w:rsidRPr="00787E5C" w:rsidRDefault="00000000">
      <w:pPr>
        <w:rPr>
          <w:lang w:val="ru-RU"/>
        </w:rPr>
      </w:pPr>
      <w:r w:rsidRPr="00787E5C">
        <w:rPr>
          <w:b/>
          <w:lang w:val="ru-RU"/>
        </w:rPr>
        <w:t>3.1. Действия, признаваемые Акцептом.</w:t>
      </w:r>
      <w:r w:rsidRPr="00787E5C">
        <w:rPr>
          <w:lang w:val="ru-RU"/>
        </w:rPr>
        <w:t xml:space="preserve"> Акцептом Оферты признаётся совершение Заказчиком любого из следующих действий:</w:t>
      </w:r>
    </w:p>
    <w:p w14:paraId="10417096" w14:textId="2165528B" w:rsidR="0056000B" w:rsidRPr="00787E5C" w:rsidRDefault="00000000">
      <w:pPr>
        <w:rPr>
          <w:lang w:val="ru-RU"/>
        </w:rPr>
      </w:pPr>
      <w:r w:rsidRPr="00787E5C">
        <w:rPr>
          <w:b/>
          <w:lang w:val="ru-RU"/>
        </w:rPr>
        <w:t>3.1.1.</w:t>
      </w:r>
      <w:r w:rsidRPr="00787E5C">
        <w:rPr>
          <w:lang w:val="ru-RU"/>
        </w:rPr>
        <w:t xml:space="preserve"> оплата Услуги полностью или частично (внесение предоплаты) </w:t>
      </w:r>
      <w:r w:rsidR="00787E5C" w:rsidRPr="00787E5C">
        <w:rPr>
          <w:lang w:val="ru-RU"/>
        </w:rPr>
        <w:t>–</w:t>
      </w:r>
      <w:r w:rsidRPr="00787E5C">
        <w:rPr>
          <w:lang w:val="ru-RU"/>
        </w:rPr>
        <w:t xml:space="preserve"> в порядке, установленном разделом 8;</w:t>
      </w:r>
    </w:p>
    <w:p w14:paraId="3988E04B" w14:textId="77777777" w:rsidR="0056000B" w:rsidRPr="00787E5C" w:rsidRDefault="00000000">
      <w:pPr>
        <w:rPr>
          <w:lang w:val="ru-RU"/>
        </w:rPr>
      </w:pPr>
      <w:r w:rsidRPr="00787E5C">
        <w:rPr>
          <w:b/>
          <w:lang w:val="ru-RU"/>
        </w:rPr>
        <w:lastRenderedPageBreak/>
        <w:t>3.1.2.</w:t>
      </w:r>
      <w:r w:rsidRPr="00787E5C">
        <w:rPr>
          <w:lang w:val="ru-RU"/>
        </w:rPr>
        <w:t xml:space="preserve"> оплата по счёту или платёжной ссылке, направленным Исполнителем в ответ на Заявку;</w:t>
      </w:r>
    </w:p>
    <w:p w14:paraId="531160C1" w14:textId="77777777" w:rsidR="0056000B" w:rsidRPr="00787E5C" w:rsidRDefault="00000000">
      <w:pPr>
        <w:rPr>
          <w:lang w:val="ru-RU"/>
        </w:rPr>
      </w:pPr>
      <w:r w:rsidRPr="00787E5C">
        <w:rPr>
          <w:b/>
          <w:lang w:val="ru-RU"/>
        </w:rPr>
        <w:t>3.1.3.</w:t>
      </w:r>
      <w:r w:rsidRPr="00787E5C">
        <w:rPr>
          <w:lang w:val="ru-RU"/>
        </w:rPr>
        <w:t xml:space="preserve"> проставление в форме на Сайте или в Платформе отметки о согласии с условиями Оферты с последующим оформлением заказа.</w:t>
      </w:r>
    </w:p>
    <w:p w14:paraId="5CB9BF34" w14:textId="77777777" w:rsidR="0056000B" w:rsidRPr="00787E5C" w:rsidRDefault="00000000">
      <w:pPr>
        <w:rPr>
          <w:lang w:val="ru-RU"/>
        </w:rPr>
      </w:pPr>
      <w:r w:rsidRPr="00787E5C">
        <w:rPr>
          <w:lang w:val="ru-RU"/>
        </w:rPr>
        <w:t>Совершение любого из указанных действий означает полное и безоговорочное принятие Заказчиком условий Оферты и Описания выбранной Услуги.</w:t>
      </w:r>
    </w:p>
    <w:p w14:paraId="5CE907BA" w14:textId="25F17E94" w:rsidR="0056000B" w:rsidRPr="00787E5C" w:rsidRDefault="00000000">
      <w:pPr>
        <w:rPr>
          <w:lang w:val="ru-RU"/>
        </w:rPr>
      </w:pPr>
      <w:r w:rsidRPr="00787E5C">
        <w:rPr>
          <w:b/>
          <w:lang w:val="ru-RU"/>
        </w:rPr>
        <w:t>3.2. Момент заключения договора.</w:t>
      </w:r>
      <w:r w:rsidRPr="00787E5C">
        <w:rPr>
          <w:lang w:val="ru-RU"/>
        </w:rPr>
        <w:t xml:space="preserve"> Договор считается заключённым с момента совершения Акцепта. При оплате моментом Акцепта является дата поступления денежных средств Исполнителю, определяемая в соответствии с пунктом 8.5. С этого момента Оферта считается принятой, а договор </w:t>
      </w:r>
      <w:r w:rsidR="00787E5C" w:rsidRPr="00787E5C">
        <w:rPr>
          <w:lang w:val="ru-RU"/>
        </w:rPr>
        <w:t>–</w:t>
      </w:r>
      <w:r w:rsidRPr="00787E5C">
        <w:rPr>
          <w:lang w:val="ru-RU"/>
        </w:rPr>
        <w:t xml:space="preserve"> заключённым в письменной форме на условиях Оферты.</w:t>
      </w:r>
    </w:p>
    <w:p w14:paraId="72DA629A" w14:textId="77777777" w:rsidR="0056000B" w:rsidRPr="00787E5C" w:rsidRDefault="00000000">
      <w:pPr>
        <w:rPr>
          <w:lang w:val="ru-RU"/>
        </w:rPr>
      </w:pPr>
      <w:r w:rsidRPr="00787E5C">
        <w:rPr>
          <w:b/>
          <w:lang w:val="ru-RU"/>
        </w:rPr>
        <w:t>3.3. Ознакомление до Акцепта.</w:t>
      </w:r>
      <w:r w:rsidRPr="00787E5C">
        <w:rPr>
          <w:lang w:val="ru-RU"/>
        </w:rPr>
        <w:t xml:space="preserve"> Совершая Акцепт, Заказчик подтверждает, что ознакомился с Офертой и Описанием выбранной Услуги в полном объёме, условия ему понятны и принимаются без оговорок, а также что он получил всю необходимую и достоверную информацию об Услуге, её потребительских свойствах, стоимости и порядке оказания.</w:t>
      </w:r>
    </w:p>
    <w:p w14:paraId="3F05ADB3" w14:textId="77777777" w:rsidR="0056000B" w:rsidRPr="00787E5C" w:rsidRDefault="00000000">
      <w:pPr>
        <w:rPr>
          <w:lang w:val="ru-RU"/>
        </w:rPr>
      </w:pPr>
      <w:r w:rsidRPr="00787E5C">
        <w:rPr>
          <w:b/>
          <w:lang w:val="ru-RU"/>
        </w:rPr>
        <w:t>3.4. Приобретение Услуги в пользу третьего лица.</w:t>
      </w:r>
      <w:r w:rsidRPr="00787E5C">
        <w:rPr>
          <w:lang w:val="ru-RU"/>
        </w:rPr>
        <w:t xml:space="preserve"> Заказчик вправе приобрести Услугу в пользу иного физического лица (Получателя услуги). В этом случае Заказчик обязан довести до Получателя услуги условия Оферты и Описания услуги и обеспечить их принятие Получателем до начала оказания Услуги. Приступая к получению Услуги, Получатель услуги подтверждает согласие с условиями Оферты. Заказчик несёт ответственность за исполнение Получателем услуги обязанностей, предусмотренных Офертой. Права, которые по закону принадлежат лично Потребителю (в том числе право на отказ от договора и на возврат денежных средств), реализует Заказчик, оплативший Услугу, если иное не согласовано Сторонами.</w:t>
      </w:r>
    </w:p>
    <w:p w14:paraId="57E57A54" w14:textId="77777777" w:rsidR="0056000B" w:rsidRPr="00787E5C" w:rsidRDefault="00000000">
      <w:pPr>
        <w:rPr>
          <w:lang w:val="ru-RU"/>
        </w:rPr>
      </w:pPr>
      <w:r w:rsidRPr="00787E5C">
        <w:rPr>
          <w:b/>
          <w:lang w:val="ru-RU"/>
        </w:rPr>
        <w:t>3.5. Гарантии Заказчика.</w:t>
      </w:r>
      <w:r w:rsidRPr="00787E5C">
        <w:rPr>
          <w:lang w:val="ru-RU"/>
        </w:rPr>
        <w:t xml:space="preserve"> Совершая Акцепт, Заказчик подтверждает, что:</w:t>
      </w:r>
    </w:p>
    <w:p w14:paraId="1992BB3D" w14:textId="77777777" w:rsidR="0056000B" w:rsidRPr="00787E5C" w:rsidRDefault="00000000">
      <w:pPr>
        <w:rPr>
          <w:lang w:val="ru-RU"/>
        </w:rPr>
      </w:pPr>
      <w:r w:rsidRPr="00787E5C">
        <w:rPr>
          <w:b/>
          <w:lang w:val="ru-RU"/>
        </w:rPr>
        <w:t>3.5.1.</w:t>
      </w:r>
      <w:r w:rsidRPr="00787E5C">
        <w:rPr>
          <w:lang w:val="ru-RU"/>
        </w:rPr>
        <w:t xml:space="preserve"> обладает необходимой право- и дееспособностью для заключения договора;</w:t>
      </w:r>
    </w:p>
    <w:p w14:paraId="2D25DB05" w14:textId="3C28776B" w:rsidR="0056000B" w:rsidRPr="00787E5C" w:rsidRDefault="00000000">
      <w:pPr>
        <w:rPr>
          <w:lang w:val="ru-RU"/>
        </w:rPr>
      </w:pPr>
      <w:r w:rsidRPr="00787E5C">
        <w:rPr>
          <w:b/>
          <w:lang w:val="ru-RU"/>
        </w:rPr>
        <w:t>3.5.2.</w:t>
      </w:r>
      <w:r w:rsidRPr="00787E5C">
        <w:rPr>
          <w:lang w:val="ru-RU"/>
        </w:rPr>
        <w:t xml:space="preserve"> является совершеннолетним; если Услуга приобретается в пользу несовершеннолетнего Получателя услуги </w:t>
      </w:r>
      <w:r w:rsidR="00787E5C" w:rsidRPr="00787E5C">
        <w:rPr>
          <w:lang w:val="ru-RU"/>
        </w:rPr>
        <w:t>–</w:t>
      </w:r>
      <w:r w:rsidRPr="00787E5C">
        <w:rPr>
          <w:lang w:val="ru-RU"/>
        </w:rPr>
        <w:t xml:space="preserve"> Заказчик является его законным представителем либо действует с согласия законного представителя и с ведома такого представителя обеспечивает получение Услуги;</w:t>
      </w:r>
    </w:p>
    <w:p w14:paraId="205009B6" w14:textId="77777777" w:rsidR="0056000B" w:rsidRPr="00787E5C" w:rsidRDefault="00000000">
      <w:pPr>
        <w:rPr>
          <w:lang w:val="ru-RU"/>
        </w:rPr>
      </w:pPr>
      <w:r w:rsidRPr="00787E5C">
        <w:rPr>
          <w:b/>
          <w:lang w:val="ru-RU"/>
        </w:rPr>
        <w:t>3.5.3.</w:t>
      </w:r>
      <w:r w:rsidRPr="00787E5C">
        <w:rPr>
          <w:lang w:val="ru-RU"/>
        </w:rPr>
        <w:t xml:space="preserve"> указал при оформлении заказа достоверные и актуальные сведения;</w:t>
      </w:r>
    </w:p>
    <w:p w14:paraId="39915C1E" w14:textId="77777777" w:rsidR="0056000B" w:rsidRPr="00787E5C" w:rsidRDefault="00000000">
      <w:pPr>
        <w:rPr>
          <w:lang w:val="ru-RU"/>
        </w:rPr>
      </w:pPr>
      <w:r w:rsidRPr="00787E5C">
        <w:rPr>
          <w:b/>
          <w:lang w:val="ru-RU"/>
        </w:rPr>
        <w:t>3.5.4.</w:t>
      </w:r>
      <w:r w:rsidRPr="00787E5C">
        <w:rPr>
          <w:lang w:val="ru-RU"/>
        </w:rPr>
        <w:t xml:space="preserve"> заключает договор добровольно, полностью понимает его условия и предмет.</w:t>
      </w:r>
    </w:p>
    <w:p w14:paraId="1887ABF0" w14:textId="77777777" w:rsidR="0056000B" w:rsidRPr="00787E5C" w:rsidRDefault="00000000">
      <w:pPr>
        <w:rPr>
          <w:lang w:val="ru-RU"/>
        </w:rPr>
      </w:pPr>
      <w:r w:rsidRPr="00787E5C">
        <w:rPr>
          <w:b/>
          <w:lang w:val="ru-RU"/>
        </w:rPr>
        <w:lastRenderedPageBreak/>
        <w:t>3.6.</w:t>
      </w:r>
      <w:r w:rsidRPr="00787E5C">
        <w:rPr>
          <w:lang w:val="ru-RU"/>
        </w:rPr>
        <w:t xml:space="preserve"> Оферта не налагает на Заказчика обязанности совершить Акцепт и не порождает обязательств до момента его совершения. Заказчик вправе не совершать Акцепт, если какое-либо из условий Оферты для него неприемлемо.</w:t>
      </w:r>
    </w:p>
    <w:p w14:paraId="27DBE324" w14:textId="77777777" w:rsidR="0056000B" w:rsidRPr="00787E5C" w:rsidRDefault="00000000">
      <w:pPr>
        <w:rPr>
          <w:lang w:val="ru-RU"/>
        </w:rPr>
      </w:pPr>
      <w:r w:rsidRPr="00787E5C">
        <w:rPr>
          <w:b/>
          <w:lang w:val="ru-RU"/>
        </w:rPr>
        <w:t>3.7.</w:t>
      </w:r>
      <w:r w:rsidRPr="00787E5C">
        <w:rPr>
          <w:lang w:val="ru-RU"/>
        </w:rPr>
        <w:t xml:space="preserve"> Обработка персональных данных Заказчика и Получателя услуги осуществляется на основании и на условиях Сопутствующих документов. Акцепт Оферты сам по себе не является согласием на обработку персональных данных: такое согласие оформляется отдельно в случаях, когда оно требуется по закону. Порядок взаимодействия Оферты и Сопутствующих документов раскрыт в разделе 14.</w:t>
      </w:r>
    </w:p>
    <w:p w14:paraId="39A5A476" w14:textId="77777777" w:rsidR="0056000B" w:rsidRPr="00787E5C" w:rsidRDefault="00000000">
      <w:pPr>
        <w:spacing w:before="280" w:after="160"/>
        <w:rPr>
          <w:lang w:val="ru-RU"/>
        </w:rPr>
      </w:pPr>
      <w:r w:rsidRPr="00787E5C">
        <w:rPr>
          <w:b/>
          <w:sz w:val="26"/>
          <w:lang w:val="ru-RU"/>
        </w:rPr>
        <w:t>4. ВИДЫ УСЛУГ И ИХ СОСТАВ</w:t>
      </w:r>
    </w:p>
    <w:p w14:paraId="22A3082E" w14:textId="77777777" w:rsidR="0056000B" w:rsidRPr="00787E5C" w:rsidRDefault="00000000">
      <w:pPr>
        <w:rPr>
          <w:lang w:val="ru-RU"/>
        </w:rPr>
      </w:pPr>
      <w:r w:rsidRPr="00787E5C">
        <w:rPr>
          <w:b/>
          <w:lang w:val="ru-RU"/>
        </w:rPr>
        <w:t>4.1.</w:t>
      </w:r>
      <w:r w:rsidRPr="00787E5C">
        <w:rPr>
          <w:lang w:val="ru-RU"/>
        </w:rPr>
        <w:t xml:space="preserve"> Исполнитель оказывает Услуги следующих видов. Конкретный перечень Услуг, их содержание, объём, форма (очная или дистанционная), стоимость и состав Этапов определяются Описанием услуг.</w:t>
      </w:r>
    </w:p>
    <w:p w14:paraId="637D80DC" w14:textId="2226288D" w:rsidR="0056000B" w:rsidRPr="00787E5C" w:rsidRDefault="00000000">
      <w:pPr>
        <w:rPr>
          <w:lang w:val="ru-RU"/>
        </w:rPr>
      </w:pPr>
      <w:r w:rsidRPr="00787E5C">
        <w:rPr>
          <w:b/>
          <w:lang w:val="ru-RU"/>
        </w:rPr>
        <w:t>4.2. Очные консультационные услуги</w:t>
      </w:r>
      <w:r w:rsidRPr="00787E5C">
        <w:rPr>
          <w:lang w:val="ru-RU"/>
        </w:rPr>
        <w:t xml:space="preserve"> </w:t>
      </w:r>
      <w:r w:rsidR="00787E5C" w:rsidRPr="00787E5C">
        <w:rPr>
          <w:lang w:val="ru-RU"/>
        </w:rPr>
        <w:t>–</w:t>
      </w:r>
      <w:r w:rsidRPr="00787E5C">
        <w:rPr>
          <w:lang w:val="ru-RU"/>
        </w:rPr>
        <w:t xml:space="preserve"> Услуги, оказываемые при личном участии Исполнителя и Заказчика (Получателя услуги), в том числе:</w:t>
      </w:r>
    </w:p>
    <w:p w14:paraId="60C561F2" w14:textId="51E533FD" w:rsidR="0056000B" w:rsidRPr="00787E5C" w:rsidRDefault="00000000">
      <w:pPr>
        <w:rPr>
          <w:lang w:val="ru-RU"/>
        </w:rPr>
      </w:pPr>
      <w:r w:rsidRPr="00787E5C">
        <w:rPr>
          <w:b/>
          <w:lang w:val="ru-RU"/>
        </w:rPr>
        <w:t>4.2.1. Разбор гардероба</w:t>
      </w:r>
      <w:r w:rsidRPr="00787E5C">
        <w:rPr>
          <w:lang w:val="ru-RU"/>
        </w:rPr>
        <w:t xml:space="preserve"> </w:t>
      </w:r>
      <w:r w:rsidR="00787E5C" w:rsidRPr="00787E5C">
        <w:rPr>
          <w:lang w:val="ru-RU"/>
        </w:rPr>
        <w:t>–</w:t>
      </w:r>
      <w:r w:rsidRPr="00787E5C">
        <w:rPr>
          <w:lang w:val="ru-RU"/>
        </w:rPr>
        <w:t xml:space="preserve"> осмотр, сортировка и оценка предметов гардероба Заказчика, обсуждение каждого предмета, фотофиксация вещей, составление комплектов из имеющихся вещей исходя из запроса Заказчика, а также устные рекомендации о предметах, которые целесообразно приобрести дополнительно;</w:t>
      </w:r>
    </w:p>
    <w:p w14:paraId="0F4B5B95" w14:textId="16F7701D" w:rsidR="0056000B" w:rsidRPr="00787E5C" w:rsidRDefault="00000000">
      <w:pPr>
        <w:rPr>
          <w:lang w:val="ru-RU"/>
        </w:rPr>
      </w:pPr>
      <w:r w:rsidRPr="00787E5C">
        <w:rPr>
          <w:b/>
          <w:lang w:val="ru-RU"/>
        </w:rPr>
        <w:t>4.2.2. Шоппинг-сопровождение</w:t>
      </w:r>
      <w:r w:rsidRPr="00787E5C">
        <w:rPr>
          <w:lang w:val="ru-RU"/>
        </w:rPr>
        <w:t xml:space="preserve"> </w:t>
      </w:r>
      <w:r w:rsidR="00787E5C" w:rsidRPr="00787E5C">
        <w:rPr>
          <w:lang w:val="ru-RU"/>
        </w:rPr>
        <w:t>–</w:t>
      </w:r>
      <w:r w:rsidRPr="00787E5C">
        <w:rPr>
          <w:lang w:val="ru-RU"/>
        </w:rPr>
        <w:t xml:space="preserve"> подбор и сопровождение Заказчика при приобретении предметов гардероба, включая предварительную подготовку (подбор мест приобретения, предварительный отбор вещей) и совместный выход. Порядок оказания установлен пунктом 4.7;</w:t>
      </w:r>
    </w:p>
    <w:p w14:paraId="59050E5D" w14:textId="3F733FF3" w:rsidR="0056000B" w:rsidRPr="00787E5C" w:rsidRDefault="00000000">
      <w:pPr>
        <w:rPr>
          <w:lang w:val="ru-RU"/>
        </w:rPr>
      </w:pPr>
      <w:r w:rsidRPr="00787E5C">
        <w:rPr>
          <w:b/>
          <w:lang w:val="ru-RU"/>
        </w:rPr>
        <w:t>4.2.3. Стилизация гардероба</w:t>
      </w:r>
      <w:r w:rsidRPr="00787E5C">
        <w:rPr>
          <w:lang w:val="ru-RU"/>
        </w:rPr>
        <w:t xml:space="preserve"> </w:t>
      </w:r>
      <w:r w:rsidR="00787E5C" w:rsidRPr="00787E5C">
        <w:rPr>
          <w:lang w:val="ru-RU"/>
        </w:rPr>
        <w:t>–</w:t>
      </w:r>
      <w:r w:rsidRPr="00787E5C">
        <w:rPr>
          <w:lang w:val="ru-RU"/>
        </w:rPr>
        <w:t xml:space="preserve"> составление комплектов (капсул) из имеющихся и вновь приобретённых вещей с фиксацией их в Материалах;</w:t>
      </w:r>
    </w:p>
    <w:p w14:paraId="3204D835" w14:textId="3430FA05" w:rsidR="0056000B" w:rsidRPr="00787E5C" w:rsidRDefault="00000000">
      <w:pPr>
        <w:rPr>
          <w:lang w:val="ru-RU"/>
        </w:rPr>
      </w:pPr>
      <w:r w:rsidRPr="00787E5C">
        <w:rPr>
          <w:b/>
          <w:lang w:val="ru-RU"/>
        </w:rPr>
        <w:t>4.2.4. Сборы на событие и сбор чемодана</w:t>
      </w:r>
      <w:r w:rsidRPr="00787E5C">
        <w:rPr>
          <w:lang w:val="ru-RU"/>
        </w:rPr>
        <w:t xml:space="preserve"> </w:t>
      </w:r>
      <w:r w:rsidR="00787E5C" w:rsidRPr="00787E5C">
        <w:rPr>
          <w:lang w:val="ru-RU"/>
        </w:rPr>
        <w:t>–</w:t>
      </w:r>
      <w:r w:rsidRPr="00787E5C">
        <w:rPr>
          <w:lang w:val="ru-RU"/>
        </w:rPr>
        <w:t xml:space="preserve"> подбор образов под конкретное мероприятие, поездку или ситуацию.</w:t>
      </w:r>
    </w:p>
    <w:p w14:paraId="7EE73B99" w14:textId="1B18319F" w:rsidR="0056000B" w:rsidRPr="00787E5C" w:rsidRDefault="00000000">
      <w:pPr>
        <w:rPr>
          <w:lang w:val="ru-RU"/>
        </w:rPr>
      </w:pPr>
      <w:r w:rsidRPr="00787E5C">
        <w:rPr>
          <w:b/>
          <w:lang w:val="ru-RU"/>
        </w:rPr>
        <w:t>4.3. Дистанционные консультационные услуги</w:t>
      </w:r>
      <w:r w:rsidRPr="00787E5C">
        <w:rPr>
          <w:lang w:val="ru-RU"/>
        </w:rPr>
        <w:t xml:space="preserve"> </w:t>
      </w:r>
      <w:r w:rsidR="00787E5C" w:rsidRPr="00787E5C">
        <w:rPr>
          <w:lang w:val="ru-RU"/>
        </w:rPr>
        <w:t>–</w:t>
      </w:r>
      <w:r w:rsidRPr="00787E5C">
        <w:rPr>
          <w:lang w:val="ru-RU"/>
        </w:rPr>
        <w:t xml:space="preserve"> Услуги, оказываемые с использованием сети Интернет без личного присутствия, в том числе:</w:t>
      </w:r>
    </w:p>
    <w:p w14:paraId="07E64E54" w14:textId="179E56A8" w:rsidR="0056000B" w:rsidRPr="00787E5C" w:rsidRDefault="00000000">
      <w:pPr>
        <w:rPr>
          <w:lang w:val="ru-RU"/>
        </w:rPr>
      </w:pPr>
      <w:r w:rsidRPr="00787E5C">
        <w:rPr>
          <w:b/>
          <w:lang w:val="ru-RU"/>
        </w:rPr>
        <w:t>4.3.1. Разбор образов по фотографиям</w:t>
      </w:r>
      <w:r w:rsidRPr="00787E5C">
        <w:rPr>
          <w:lang w:val="ru-RU"/>
        </w:rPr>
        <w:t xml:space="preserve"> </w:t>
      </w:r>
      <w:r w:rsidR="00787E5C" w:rsidRPr="00787E5C">
        <w:rPr>
          <w:lang w:val="ru-RU"/>
        </w:rPr>
        <w:t>–</w:t>
      </w:r>
      <w:r w:rsidRPr="00787E5C">
        <w:rPr>
          <w:lang w:val="ru-RU"/>
        </w:rPr>
        <w:t xml:space="preserve"> оценка образов Заказчика на основании заполненной им Анкеты и предоставленных фотографий с предоставлением обратной связи в форме аудиосообщения и (или) письменных рекомендаций;</w:t>
      </w:r>
    </w:p>
    <w:p w14:paraId="295795A7" w14:textId="365EBFF2" w:rsidR="0056000B" w:rsidRPr="00787E5C" w:rsidRDefault="00000000">
      <w:pPr>
        <w:rPr>
          <w:lang w:val="ru-RU"/>
        </w:rPr>
      </w:pPr>
      <w:r w:rsidRPr="00787E5C">
        <w:rPr>
          <w:b/>
          <w:lang w:val="ru-RU"/>
        </w:rPr>
        <w:t>4.3.2. Онлайн-консультация</w:t>
      </w:r>
      <w:r w:rsidRPr="00787E5C">
        <w:rPr>
          <w:lang w:val="ru-RU"/>
        </w:rPr>
        <w:t xml:space="preserve"> </w:t>
      </w:r>
      <w:r w:rsidR="00787E5C" w:rsidRPr="00787E5C">
        <w:rPr>
          <w:lang w:val="ru-RU"/>
        </w:rPr>
        <w:t>–</w:t>
      </w:r>
      <w:r w:rsidRPr="00787E5C">
        <w:rPr>
          <w:lang w:val="ru-RU"/>
        </w:rPr>
        <w:t xml:space="preserve"> консультирование Заказчика по вопросам стиля, гардероба и формирования образа посредством видеосвязи, аудиосообщений или переписки;</w:t>
      </w:r>
    </w:p>
    <w:p w14:paraId="2014F6CB" w14:textId="77777777" w:rsidR="0056000B" w:rsidRPr="00787E5C" w:rsidRDefault="00000000">
      <w:pPr>
        <w:rPr>
          <w:lang w:val="ru-RU"/>
        </w:rPr>
      </w:pPr>
      <w:r w:rsidRPr="00787E5C">
        <w:rPr>
          <w:b/>
          <w:lang w:val="ru-RU"/>
        </w:rPr>
        <w:lastRenderedPageBreak/>
        <w:t>4.3.3.</w:t>
      </w:r>
      <w:r w:rsidRPr="00787E5C">
        <w:rPr>
          <w:lang w:val="ru-RU"/>
        </w:rPr>
        <w:t xml:space="preserve"> иные Услуги, предусмотренные пунктом 4.2, если Описанием услуг допускается их оказание в дистанционной форме.</w:t>
      </w:r>
    </w:p>
    <w:p w14:paraId="5F4C9C64" w14:textId="68C7D407" w:rsidR="0056000B" w:rsidRPr="00787E5C" w:rsidRDefault="00000000">
      <w:pPr>
        <w:rPr>
          <w:lang w:val="ru-RU"/>
        </w:rPr>
      </w:pPr>
      <w:r w:rsidRPr="00787E5C">
        <w:rPr>
          <w:b/>
          <w:lang w:val="ru-RU"/>
        </w:rPr>
        <w:t>4.4. Абонентское (длящееся) сопровождение</w:t>
      </w:r>
      <w:r w:rsidRPr="00787E5C">
        <w:rPr>
          <w:lang w:val="ru-RU"/>
        </w:rPr>
        <w:t xml:space="preserve"> </w:t>
      </w:r>
      <w:r w:rsidR="00787E5C" w:rsidRPr="00787E5C">
        <w:rPr>
          <w:lang w:val="ru-RU"/>
        </w:rPr>
        <w:t>–</w:t>
      </w:r>
      <w:r w:rsidRPr="00787E5C">
        <w:rPr>
          <w:lang w:val="ru-RU"/>
        </w:rPr>
        <w:t xml:space="preserve"> Услуги, оказываемые в течение согласованного периода (в частности, ежемесячное, квартальное, полугодовое и ежегодное сопровождение) и предполагающие регулярное взаимодействие Исполнителя и Заказчика по вопросам гардероба и образов в объёме, определённом Описанием услуг.</w:t>
      </w:r>
    </w:p>
    <w:p w14:paraId="19188F95" w14:textId="7A61A47E" w:rsidR="0056000B" w:rsidRPr="00787E5C" w:rsidRDefault="00000000">
      <w:pPr>
        <w:rPr>
          <w:lang w:val="ru-RU"/>
        </w:rPr>
      </w:pPr>
      <w:r w:rsidRPr="00787E5C">
        <w:rPr>
          <w:b/>
          <w:lang w:val="ru-RU"/>
        </w:rPr>
        <w:t>4.5. Групповые информационные мероприятия</w:t>
      </w:r>
      <w:r w:rsidRPr="00787E5C">
        <w:rPr>
          <w:lang w:val="ru-RU"/>
        </w:rPr>
        <w:t xml:space="preserve"> </w:t>
      </w:r>
      <w:r w:rsidR="00787E5C" w:rsidRPr="00787E5C">
        <w:rPr>
          <w:lang w:val="ru-RU"/>
        </w:rPr>
        <w:t>–</w:t>
      </w:r>
      <w:r w:rsidRPr="00787E5C">
        <w:rPr>
          <w:lang w:val="ru-RU"/>
        </w:rPr>
        <w:t xml:space="preserve"> вебинары, практикумы, интенсивы, марафоны и иные мероприятия информационного характера, проводимые в прямом эфире и (или) в записи. Мероприятия могут предусматривать задания и обратную связь Исполнителя, если это указано в Описании услуг. Формат проведения (прямой эфир или запись) определяется Исполнителем и указывается в Описании услуг достоверно.</w:t>
      </w:r>
    </w:p>
    <w:p w14:paraId="5E490624" w14:textId="3697EFD9" w:rsidR="0056000B" w:rsidRPr="00787E5C" w:rsidRDefault="00000000">
      <w:pPr>
        <w:rPr>
          <w:lang w:val="ru-RU"/>
        </w:rPr>
      </w:pPr>
      <w:r w:rsidRPr="00787E5C">
        <w:rPr>
          <w:b/>
          <w:lang w:val="ru-RU"/>
        </w:rPr>
        <w:t>4.6. Цифровые материалы</w:t>
      </w:r>
      <w:r w:rsidRPr="00787E5C">
        <w:rPr>
          <w:lang w:val="ru-RU"/>
        </w:rPr>
        <w:t xml:space="preserve"> </w:t>
      </w:r>
      <w:r w:rsidR="00787E5C" w:rsidRPr="00787E5C">
        <w:rPr>
          <w:lang w:val="ru-RU"/>
        </w:rPr>
        <w:t>–</w:t>
      </w:r>
      <w:r w:rsidRPr="00787E5C">
        <w:rPr>
          <w:lang w:val="ru-RU"/>
        </w:rPr>
        <w:t xml:space="preserve"> гайды, чек-листы и иные Материалы, предоставляемые Заказчику в виде файла или доступа к ним на Платформе. Обязательство Исполнителя по таким Услугам считается исполненным с момента предоставления Заказчику файла либо доступа к Материалам на Платформе. Порядок доступа к цифровым Материалам установлен пунктом 7.5.</w:t>
      </w:r>
    </w:p>
    <w:p w14:paraId="327D8A11" w14:textId="1022875C" w:rsidR="0056000B" w:rsidRPr="00787E5C" w:rsidRDefault="00000000">
      <w:pPr>
        <w:rPr>
          <w:lang w:val="ru-RU"/>
        </w:rPr>
      </w:pPr>
      <w:r w:rsidRPr="00787E5C">
        <w:rPr>
          <w:b/>
          <w:lang w:val="ru-RU"/>
        </w:rPr>
        <w:t>4.7. Последовательность оказания Услуг.</w:t>
      </w:r>
      <w:r w:rsidRPr="00787E5C">
        <w:rPr>
          <w:lang w:val="ru-RU"/>
        </w:rPr>
        <w:t xml:space="preserve"> Шоппинг-сопровождение оказывается только после проведённого Разбора гардероба </w:t>
      </w:r>
      <w:r w:rsidR="00787E5C" w:rsidRPr="00787E5C">
        <w:rPr>
          <w:lang w:val="ru-RU"/>
        </w:rPr>
        <w:t>–</w:t>
      </w:r>
      <w:r w:rsidRPr="00787E5C">
        <w:rPr>
          <w:lang w:val="ru-RU"/>
        </w:rPr>
        <w:t xml:space="preserve"> как в рамках единого заказа, так и при наличии ранее оказанного Исполнителем Разбора гардероба этого Заказчика. Отдельные Услуги могут иметь иные условия предварительного порядка, если это указано в Описании услуг.</w:t>
      </w:r>
    </w:p>
    <w:p w14:paraId="152672BD" w14:textId="77777777" w:rsidR="0056000B" w:rsidRPr="00787E5C" w:rsidRDefault="00000000">
      <w:pPr>
        <w:rPr>
          <w:lang w:val="ru-RU"/>
        </w:rPr>
      </w:pPr>
      <w:r w:rsidRPr="00787E5C">
        <w:rPr>
          <w:b/>
          <w:lang w:val="ru-RU"/>
        </w:rPr>
        <w:t>4.8. Базовый объём и дополнительные Услуги.</w:t>
      </w:r>
      <w:r w:rsidRPr="00787E5C">
        <w:rPr>
          <w:lang w:val="ru-RU"/>
        </w:rPr>
        <w:t xml:space="preserve"> Если Услуга предусматривает предоставление результата в определённом количестве (в частности, количество составленных комплектов или капсул), такой объём является базовым и определяется Описанием услуг. Предоставление результата сверх базового объёма является отдельной Услугой и оплачивается дополнительно по стоимости, указанной в Описании услуг или рассчитанной по Часовой ставке.</w:t>
      </w:r>
    </w:p>
    <w:p w14:paraId="7F0C77DA" w14:textId="77777777" w:rsidR="0056000B" w:rsidRPr="00787E5C" w:rsidRDefault="00000000">
      <w:pPr>
        <w:rPr>
          <w:lang w:val="ru-RU"/>
        </w:rPr>
      </w:pPr>
      <w:r w:rsidRPr="00787E5C">
        <w:rPr>
          <w:b/>
          <w:lang w:val="ru-RU"/>
        </w:rPr>
        <w:t>4.9.</w:t>
      </w:r>
      <w:r w:rsidRPr="00787E5C">
        <w:rPr>
          <w:lang w:val="ru-RU"/>
        </w:rPr>
        <w:t xml:space="preserve"> Исполнитель вправе изменять перечень и состав Услуг, вводить новые и прекращать оказание отдельных Услуг путём изменения Описания услуг. Такие изменения не затрагивают Услуги, в отношении которых Заказчиком уже совершён Акцепт.</w:t>
      </w:r>
    </w:p>
    <w:p w14:paraId="1C5ED312" w14:textId="77777777" w:rsidR="0056000B" w:rsidRPr="00787E5C" w:rsidRDefault="00000000">
      <w:pPr>
        <w:spacing w:before="280" w:after="160"/>
        <w:rPr>
          <w:lang w:val="ru-RU"/>
        </w:rPr>
      </w:pPr>
      <w:r w:rsidRPr="00787E5C">
        <w:rPr>
          <w:b/>
          <w:sz w:val="26"/>
          <w:lang w:val="ru-RU"/>
        </w:rPr>
        <w:t>5. ПОРЯДОК ОКАЗАНИЯ УСЛУГ</w:t>
      </w:r>
    </w:p>
    <w:p w14:paraId="7CD40A2A" w14:textId="42EF2062" w:rsidR="0056000B" w:rsidRPr="00787E5C" w:rsidRDefault="00000000">
      <w:pPr>
        <w:rPr>
          <w:lang w:val="ru-RU"/>
        </w:rPr>
      </w:pPr>
      <w:r w:rsidRPr="00787E5C">
        <w:rPr>
          <w:b/>
          <w:lang w:val="ru-RU"/>
        </w:rPr>
        <w:t>5.1. Заявка и согласование.</w:t>
      </w:r>
      <w:r w:rsidRPr="00787E5C">
        <w:rPr>
          <w:lang w:val="ru-RU"/>
        </w:rPr>
        <w:t xml:space="preserve"> Для получения Услуги Заказчик направляет Заявку способом, указанным на Сайте. Получив Заявку, Исполнитель согласует с Заказчиком вид Услуги, дату и время её оказания, а при необходимости </w:t>
      </w:r>
      <w:r w:rsidR="00787E5C" w:rsidRPr="00787E5C">
        <w:rPr>
          <w:lang w:val="ru-RU"/>
        </w:rPr>
        <w:t>–</w:t>
      </w:r>
      <w:r w:rsidRPr="00787E5C">
        <w:rPr>
          <w:lang w:val="ru-RU"/>
        </w:rPr>
        <w:t xml:space="preserve"> иные </w:t>
      </w:r>
      <w:r w:rsidRPr="00787E5C">
        <w:rPr>
          <w:lang w:val="ru-RU"/>
        </w:rPr>
        <w:lastRenderedPageBreak/>
        <w:t>условия. Дата и время считаются согласованными с момента их подтверждения обеими Сторонами в переписке по Уполномоченным адресам.</w:t>
      </w:r>
    </w:p>
    <w:p w14:paraId="6D96E909" w14:textId="77777777" w:rsidR="0056000B" w:rsidRPr="00787E5C" w:rsidRDefault="00000000">
      <w:pPr>
        <w:rPr>
          <w:lang w:val="ru-RU"/>
        </w:rPr>
      </w:pPr>
      <w:r w:rsidRPr="00787E5C">
        <w:rPr>
          <w:b/>
          <w:lang w:val="ru-RU"/>
        </w:rPr>
        <w:t>5.2. Анкета и сведения от Заказчика.</w:t>
      </w:r>
      <w:r w:rsidRPr="00787E5C">
        <w:rPr>
          <w:lang w:val="ru-RU"/>
        </w:rPr>
        <w:t xml:space="preserve"> Для оказания отдельных Услуг Исполнитель предоставляет Заказчику Анкету и (или) запрашивает фотографии, необходимые для подготовки рекомендаций. Заказчик заполняет Анкету и предоставляет запрошенные материалы достоверно и в согласованный срок. Исполнитель не запрашивает сведений о состоянии здоровья; сообщённые Заказчиком по собственной инициативе сведения такого рода Исполнитель использует исключительно в пределах, необходимых для подбора образа, и на условиях Сопутствующих документов.</w:t>
      </w:r>
    </w:p>
    <w:p w14:paraId="5177012B" w14:textId="77777777" w:rsidR="0056000B" w:rsidRPr="00787E5C" w:rsidRDefault="00000000">
      <w:pPr>
        <w:rPr>
          <w:lang w:val="ru-RU"/>
        </w:rPr>
      </w:pPr>
      <w:r w:rsidRPr="00787E5C">
        <w:rPr>
          <w:b/>
          <w:lang w:val="ru-RU"/>
        </w:rPr>
        <w:t>5.3.</w:t>
      </w:r>
      <w:r w:rsidRPr="00787E5C">
        <w:rPr>
          <w:lang w:val="ru-RU"/>
        </w:rPr>
        <w:t xml:space="preserve"> Если Заказчик не предоставил Анкету, фотографии или иные необходимые сведения либо предоставил их с нарушением согласованного срока, срок оказания Услуги соразмерно переносится, а Исполнитель не считается нарушившим свои обязательства.</w:t>
      </w:r>
    </w:p>
    <w:p w14:paraId="5D74B50C" w14:textId="77777777" w:rsidR="0056000B" w:rsidRPr="00787E5C" w:rsidRDefault="00000000">
      <w:pPr>
        <w:rPr>
          <w:lang w:val="ru-RU"/>
        </w:rPr>
      </w:pPr>
      <w:r w:rsidRPr="00787E5C">
        <w:rPr>
          <w:b/>
          <w:lang w:val="ru-RU"/>
        </w:rPr>
        <w:t>5.4. Место и время оказания очных Услуг.</w:t>
      </w:r>
      <w:r w:rsidRPr="00787E5C">
        <w:rPr>
          <w:lang w:val="ru-RU"/>
        </w:rPr>
        <w:t xml:space="preserve"> Очные Услуги оказываются в согласованном Сторонами месте на территории города Москвы. Оказание очных Услуг за пределами города Москвы возможно по согласованию Сторон на условиях пункта 8.6.</w:t>
      </w:r>
    </w:p>
    <w:p w14:paraId="615272D0" w14:textId="77777777" w:rsidR="0056000B" w:rsidRPr="00787E5C" w:rsidRDefault="00000000">
      <w:pPr>
        <w:rPr>
          <w:lang w:val="ru-RU"/>
        </w:rPr>
      </w:pPr>
      <w:r w:rsidRPr="00787E5C">
        <w:rPr>
          <w:b/>
          <w:lang w:val="ru-RU"/>
        </w:rPr>
        <w:t>5.5. Правила при опоздании.</w:t>
      </w:r>
      <w:r w:rsidRPr="00787E5C">
        <w:rPr>
          <w:lang w:val="ru-RU"/>
        </w:rPr>
        <w:t xml:space="preserve"> Если оказание Услуги задерживается по вине Исполнителя, время окончания Услуги соразмерно смещается, объём Услуги не сокращается. Если к согласованному времени отсутствует или опаздывает Заказчик (Получатель услуги), Исполнитель ожидает его в течение 30 (тридцати) минут, после чего вправе считать оказание Услуги начавшимся; при этом время ожидания включается в согласованную продолжительность Услуги и на время опоздания не переносится.</w:t>
      </w:r>
    </w:p>
    <w:p w14:paraId="330B6D28" w14:textId="77777777" w:rsidR="0056000B" w:rsidRPr="00787E5C" w:rsidRDefault="00000000">
      <w:pPr>
        <w:rPr>
          <w:lang w:val="ru-RU"/>
        </w:rPr>
      </w:pPr>
      <w:r w:rsidRPr="00787E5C">
        <w:rPr>
          <w:b/>
          <w:lang w:val="ru-RU"/>
        </w:rPr>
        <w:t>5.6. Перенос и отмена по инициативе Заказчика.</w:t>
      </w:r>
    </w:p>
    <w:p w14:paraId="586757F8" w14:textId="77777777" w:rsidR="0056000B" w:rsidRPr="00787E5C" w:rsidRDefault="00000000">
      <w:pPr>
        <w:rPr>
          <w:lang w:val="ru-RU"/>
        </w:rPr>
      </w:pPr>
      <w:r w:rsidRPr="00787E5C">
        <w:rPr>
          <w:b/>
          <w:lang w:val="ru-RU"/>
        </w:rPr>
        <w:t>5.6.1.</w:t>
      </w:r>
      <w:r w:rsidRPr="00787E5C">
        <w:rPr>
          <w:lang w:val="ru-RU"/>
        </w:rPr>
        <w:t xml:space="preserve"> Заказчик вправе перенести или отменить согласованную дату оказания очной Услуги, уведомив Исполнителя по Уполномоченным адресам не позднее чем за 24 (двадцать четыре) часа до согласованного времени. В этом случае перенос или отмена производится без удержания стоимости Услуги; при отмене внесённая оплата возвращается за вычетом комиссии платёжного сервиса, удержанной при оплате (пункт 9.2).</w:t>
      </w:r>
    </w:p>
    <w:p w14:paraId="0FA6A707" w14:textId="77777777" w:rsidR="0056000B" w:rsidRPr="00787E5C" w:rsidRDefault="00000000">
      <w:pPr>
        <w:rPr>
          <w:lang w:val="ru-RU"/>
        </w:rPr>
      </w:pPr>
      <w:r w:rsidRPr="00787E5C">
        <w:rPr>
          <w:b/>
          <w:lang w:val="ru-RU"/>
        </w:rPr>
        <w:t>5.6.2.</w:t>
      </w:r>
      <w:r w:rsidRPr="00787E5C">
        <w:rPr>
          <w:lang w:val="ru-RU"/>
        </w:rPr>
        <w:t xml:space="preserve"> Согласование даты оказания очной Услуги включает резервирование Исполнителем соответствующего времени в графике и отказ от предложений иным заказчикам на эту дату. В связи с этим, если Заказчик уведомляет о переносе или отмене менее чем за 24 (двадцать четыре) часа до согласованного времени либо не является к согласованному времени, Исполнитель удерживает в счёт стоимости фактически выполненной работы по планированию и резервированию времени </w:t>
      </w:r>
      <w:r w:rsidRPr="00787E5C">
        <w:rPr>
          <w:lang w:val="ru-RU"/>
        </w:rPr>
        <w:lastRenderedPageBreak/>
        <w:t>сумму в размере 20% (двадцати процентов) стоимости соответствующей Услуги, а также комиссию платёжного сервиса (пункт 9.2). Остальная часть внесённой оплаты возвращается либо по согласованию Сторон засчитывается в счёт оказания Услуги в новую согласованную дату.</w:t>
      </w:r>
    </w:p>
    <w:p w14:paraId="07627A88" w14:textId="77777777" w:rsidR="0056000B" w:rsidRPr="00787E5C" w:rsidRDefault="00000000">
      <w:pPr>
        <w:rPr>
          <w:lang w:val="ru-RU"/>
        </w:rPr>
      </w:pPr>
      <w:r w:rsidRPr="00787E5C">
        <w:rPr>
          <w:b/>
          <w:lang w:val="ru-RU"/>
        </w:rPr>
        <w:t>5.6.3.</w:t>
      </w:r>
      <w:r w:rsidRPr="00787E5C">
        <w:rPr>
          <w:lang w:val="ru-RU"/>
        </w:rPr>
        <w:t xml:space="preserve"> Удержание, предусмотренное пунктом 5.6.2, применяется однократно в отношении одной перенесённой или отменённой Услуги, рассчитывается от стоимости именно этой Услуги и не суммируется с удержаниями по другим Услугам или Этапам.</w:t>
      </w:r>
    </w:p>
    <w:p w14:paraId="680375B7" w14:textId="03532009" w:rsidR="0056000B" w:rsidRPr="00787E5C" w:rsidRDefault="00000000">
      <w:pPr>
        <w:rPr>
          <w:lang w:val="ru-RU"/>
        </w:rPr>
      </w:pPr>
      <w:r w:rsidRPr="00787E5C">
        <w:rPr>
          <w:b/>
          <w:lang w:val="ru-RU"/>
        </w:rPr>
        <w:t>5.7. Перенос по инициативе Исполнителя.</w:t>
      </w:r>
      <w:r w:rsidRPr="00787E5C">
        <w:rPr>
          <w:lang w:val="ru-RU"/>
        </w:rPr>
        <w:t xml:space="preserve"> Исполнитель вправе перенести согласованную дату оказания Услуги, уведомив Заказчика по Уполномоченным адресам не позднее чем за 24 (двадцать четыре) часа до согласованного времени, а при наступлении обстоятельств, препятствующих оказанию Услуги (болезнь, обстоятельства непреодолимой силы), </w:t>
      </w:r>
      <w:r w:rsidR="00787E5C" w:rsidRPr="00787E5C">
        <w:rPr>
          <w:lang w:val="ru-RU"/>
        </w:rPr>
        <w:t>–</w:t>
      </w:r>
      <w:r w:rsidRPr="00787E5C">
        <w:rPr>
          <w:lang w:val="ru-RU"/>
        </w:rPr>
        <w:t xml:space="preserve"> незамедлительно после того, как о них стало известно. В этом случае Стороны согласуют новую дату, при этом Заказчику предоставляется приоритетное право выбора удобного времени. Если согласовать новую дату не удалось, Заказчик вправе отказаться от Услуги, и внесённая за неё оплата возвращается в полном объёме; комиссию платёжного сервиса в этом случае несёт Исполнитель.</w:t>
      </w:r>
    </w:p>
    <w:p w14:paraId="67C7E42A" w14:textId="61711BBB" w:rsidR="0056000B" w:rsidRPr="00787E5C" w:rsidRDefault="00000000">
      <w:pPr>
        <w:rPr>
          <w:lang w:val="ru-RU"/>
        </w:rPr>
      </w:pPr>
      <w:r w:rsidRPr="00787E5C">
        <w:rPr>
          <w:b/>
          <w:lang w:val="ru-RU"/>
        </w:rPr>
        <w:t>5.8. Подготовка Заказчика к Услуге.</w:t>
      </w:r>
      <w:r w:rsidRPr="00787E5C">
        <w:rPr>
          <w:lang w:val="ru-RU"/>
        </w:rPr>
        <w:t xml:space="preserve"> Заказчик обеспечивает условия, необходимые для оказания Услуги, в том числе: доступ к предметам гардероба при Разборе гардероба; готовность вещей к использованию (химчистка, ремонт, подгонка по фигуре в состав Услуг не входят); предоставление достоверных сведений и фотографий; для дистанционных Услуг </w:t>
      </w:r>
      <w:r w:rsidR="00787E5C" w:rsidRPr="00787E5C">
        <w:rPr>
          <w:lang w:val="ru-RU"/>
        </w:rPr>
        <w:t>–</w:t>
      </w:r>
      <w:r w:rsidRPr="00787E5C">
        <w:rPr>
          <w:lang w:val="ru-RU"/>
        </w:rPr>
        <w:t xml:space="preserve"> исправность оборудования и доступ в сеть Интернет на своей стороне.</w:t>
      </w:r>
    </w:p>
    <w:p w14:paraId="7A8914AB" w14:textId="77777777" w:rsidR="0056000B" w:rsidRPr="00787E5C" w:rsidRDefault="00000000">
      <w:pPr>
        <w:rPr>
          <w:lang w:val="ru-RU"/>
        </w:rPr>
      </w:pPr>
      <w:r w:rsidRPr="00787E5C">
        <w:rPr>
          <w:b/>
          <w:lang w:val="ru-RU"/>
        </w:rPr>
        <w:t>5.9. Технические требования для дистанционных Услуг.</w:t>
      </w:r>
      <w:r w:rsidRPr="00787E5C">
        <w:rPr>
          <w:lang w:val="ru-RU"/>
        </w:rPr>
        <w:t xml:space="preserve"> Заказчик самостоятельно обеспечивает работу оборудования, программного обеспечения и связи, необходимых для получения дистанционных Услуг и доступа к Материалам. Исполнитель не отвечает за невозможность оказания Услуги, вызванную неисправностью оборудования или связи на стороне Заказчика; в этом случае применяется пункт 5.3.</w:t>
      </w:r>
    </w:p>
    <w:p w14:paraId="77EAD629" w14:textId="77777777" w:rsidR="0056000B" w:rsidRPr="00787E5C" w:rsidRDefault="00000000">
      <w:pPr>
        <w:rPr>
          <w:lang w:val="ru-RU"/>
        </w:rPr>
      </w:pPr>
      <w:r w:rsidRPr="00787E5C">
        <w:rPr>
          <w:b/>
          <w:lang w:val="ru-RU"/>
        </w:rPr>
        <w:t>5.10. Привлечение третьих лиц.</w:t>
      </w:r>
      <w:r w:rsidRPr="00787E5C">
        <w:rPr>
          <w:lang w:val="ru-RU"/>
        </w:rPr>
        <w:t xml:space="preserve"> Исполнитель оказывает Услуги лично. Для выполнения технических и вспомогательных функций (обработка фотографий, техническое сопровождение Платформы и мероприятий) Исполнитель вправе привлекать третьих лиц, оставаясь ответственным за оказание Услуг перед Заказчиком.</w:t>
      </w:r>
    </w:p>
    <w:p w14:paraId="0726CE45" w14:textId="77777777" w:rsidR="0056000B" w:rsidRPr="00787E5C" w:rsidRDefault="00000000">
      <w:pPr>
        <w:spacing w:before="280" w:after="160"/>
        <w:rPr>
          <w:lang w:val="ru-RU"/>
        </w:rPr>
      </w:pPr>
      <w:r w:rsidRPr="00787E5C">
        <w:rPr>
          <w:b/>
          <w:sz w:val="26"/>
          <w:lang w:val="ru-RU"/>
        </w:rPr>
        <w:t>6. ЭТАПЫ ОКАЗАНИЯ УСЛУГ И РАСПРЕДЕЛЕНИЕ СТОИМОСТИ</w:t>
      </w:r>
    </w:p>
    <w:p w14:paraId="76C3EBC7" w14:textId="77777777" w:rsidR="0056000B" w:rsidRPr="00787E5C" w:rsidRDefault="00000000">
      <w:pPr>
        <w:rPr>
          <w:lang w:val="ru-RU"/>
        </w:rPr>
      </w:pPr>
      <w:r w:rsidRPr="00787E5C">
        <w:rPr>
          <w:b/>
          <w:lang w:val="ru-RU"/>
        </w:rPr>
        <w:lastRenderedPageBreak/>
        <w:t>6.1. Деление Услуги на Этапы.</w:t>
      </w:r>
      <w:r w:rsidRPr="00787E5C">
        <w:rPr>
          <w:lang w:val="ru-RU"/>
        </w:rPr>
        <w:t xml:space="preserve"> Услуга может состоять из последовательных Этапов, каждому из которых соответствует определённая доля её стоимости. Состав Этапов и распределение стоимости между ними определяются Описанием услуг. Если для конкретной Услуги Описание услуг не устанавливает состав Этапов и распределение стоимости, применяются резервные правила пункта 6.3.</w:t>
      </w:r>
    </w:p>
    <w:p w14:paraId="553932C5" w14:textId="77777777" w:rsidR="0056000B" w:rsidRPr="00787E5C" w:rsidRDefault="00000000">
      <w:pPr>
        <w:rPr>
          <w:lang w:val="ru-RU"/>
        </w:rPr>
      </w:pPr>
      <w:r w:rsidRPr="00787E5C">
        <w:rPr>
          <w:b/>
          <w:lang w:val="ru-RU"/>
        </w:rPr>
        <w:t>6.2. Значение Этапов для расчётов.</w:t>
      </w:r>
      <w:r w:rsidRPr="00787E5C">
        <w:rPr>
          <w:lang w:val="ru-RU"/>
        </w:rPr>
        <w:t xml:space="preserve"> Распределение стоимости по Этапам применяется для определения суммы, подлежащей оплате или возврату, при отказе Заказчика от Услуги после начала её оказания либо при прекращении договора до полного оказания Услуги. Этап считается подлежащим оплате, если он начат Исполнителем. Оплате подлежат все начатые и завершённые Этапы; стоимость не начатых Этапов подлежит возврату Заказчику с учётом раздела 9.</w:t>
      </w:r>
    </w:p>
    <w:p w14:paraId="0E5D849D" w14:textId="77777777" w:rsidR="0056000B" w:rsidRPr="00787E5C" w:rsidRDefault="00000000">
      <w:pPr>
        <w:rPr>
          <w:lang w:val="ru-RU"/>
        </w:rPr>
      </w:pPr>
      <w:r w:rsidRPr="00787E5C">
        <w:rPr>
          <w:b/>
          <w:lang w:val="ru-RU"/>
        </w:rPr>
        <w:t>6.3. Резервные правила распределения стоимости.</w:t>
      </w:r>
      <w:r w:rsidRPr="00787E5C">
        <w:rPr>
          <w:lang w:val="ru-RU"/>
        </w:rPr>
        <w:t xml:space="preserve"> При отсутствии в Описании услуг состава Этапов и долей стоимости применяется следующее:</w:t>
      </w:r>
    </w:p>
    <w:p w14:paraId="34B534BB" w14:textId="6B527D08" w:rsidR="0056000B" w:rsidRPr="00787E5C" w:rsidRDefault="00000000">
      <w:pPr>
        <w:rPr>
          <w:lang w:val="ru-RU"/>
        </w:rPr>
      </w:pPr>
      <w:r w:rsidRPr="00787E5C">
        <w:rPr>
          <w:b/>
          <w:lang w:val="ru-RU"/>
        </w:rPr>
        <w:t>6.3.1. Очные консультационные услуги с последующей подготовкой Материалов</w:t>
      </w:r>
      <w:r w:rsidRPr="00787E5C">
        <w:rPr>
          <w:lang w:val="ru-RU"/>
        </w:rPr>
        <w:t xml:space="preserve"> (в том числе Разбор гардероба): Этап 1 </w:t>
      </w:r>
      <w:r w:rsidR="00787E5C" w:rsidRPr="00787E5C">
        <w:rPr>
          <w:lang w:val="ru-RU"/>
        </w:rPr>
        <w:t>–</w:t>
      </w:r>
      <w:r w:rsidRPr="00787E5C">
        <w:rPr>
          <w:lang w:val="ru-RU"/>
        </w:rPr>
        <w:t xml:space="preserve"> очная работа с Заказчиком </w:t>
      </w:r>
      <w:r w:rsidR="00787E5C" w:rsidRPr="00787E5C">
        <w:rPr>
          <w:lang w:val="ru-RU"/>
        </w:rPr>
        <w:t>–</w:t>
      </w:r>
      <w:r w:rsidRPr="00787E5C">
        <w:rPr>
          <w:lang w:val="ru-RU"/>
        </w:rPr>
        <w:t xml:space="preserve"> 50% стоимости; Этап 2 </w:t>
      </w:r>
      <w:r w:rsidR="00787E5C" w:rsidRPr="00787E5C">
        <w:rPr>
          <w:lang w:val="ru-RU"/>
        </w:rPr>
        <w:t>–</w:t>
      </w:r>
      <w:r w:rsidRPr="00787E5C">
        <w:rPr>
          <w:lang w:val="ru-RU"/>
        </w:rPr>
        <w:t xml:space="preserve"> последующая обработка и оцифровка, составление комплектов, подготовка и передача Материалов </w:t>
      </w:r>
      <w:r w:rsidR="00787E5C" w:rsidRPr="00787E5C">
        <w:rPr>
          <w:lang w:val="ru-RU"/>
        </w:rPr>
        <w:t>–</w:t>
      </w:r>
      <w:r w:rsidRPr="00787E5C">
        <w:rPr>
          <w:lang w:val="ru-RU"/>
        </w:rPr>
        <w:t xml:space="preserve"> 50% стоимости.</w:t>
      </w:r>
    </w:p>
    <w:p w14:paraId="26B4BE88" w14:textId="44E50DDB" w:rsidR="0056000B" w:rsidRPr="00787E5C" w:rsidRDefault="00000000">
      <w:pPr>
        <w:rPr>
          <w:lang w:val="ru-RU"/>
        </w:rPr>
      </w:pPr>
      <w:r w:rsidRPr="00787E5C">
        <w:rPr>
          <w:b/>
          <w:lang w:val="ru-RU"/>
        </w:rPr>
        <w:t>6.3.2. Шоппинг-сопровождение:</w:t>
      </w:r>
      <w:r w:rsidRPr="00787E5C">
        <w:rPr>
          <w:lang w:val="ru-RU"/>
        </w:rPr>
        <w:t xml:space="preserve"> Этап 1 </w:t>
      </w:r>
      <w:r w:rsidR="00787E5C" w:rsidRPr="00787E5C">
        <w:rPr>
          <w:lang w:val="ru-RU"/>
        </w:rPr>
        <w:t>–</w:t>
      </w:r>
      <w:r w:rsidRPr="00787E5C">
        <w:rPr>
          <w:lang w:val="ru-RU"/>
        </w:rPr>
        <w:t xml:space="preserve"> подготовка (подбор мест приобретения, предварительный отбор вещей) </w:t>
      </w:r>
      <w:r w:rsidR="00787E5C" w:rsidRPr="00787E5C">
        <w:rPr>
          <w:lang w:val="ru-RU"/>
        </w:rPr>
        <w:t>–</w:t>
      </w:r>
      <w:r w:rsidRPr="00787E5C">
        <w:rPr>
          <w:lang w:val="ru-RU"/>
        </w:rPr>
        <w:t xml:space="preserve"> 60% стоимости; Этап 2 </w:t>
      </w:r>
      <w:r w:rsidR="00787E5C" w:rsidRPr="00787E5C">
        <w:rPr>
          <w:lang w:val="ru-RU"/>
        </w:rPr>
        <w:t>–</w:t>
      </w:r>
      <w:r w:rsidRPr="00787E5C">
        <w:rPr>
          <w:lang w:val="ru-RU"/>
        </w:rPr>
        <w:t xml:space="preserve"> совместный выход и сопровождение </w:t>
      </w:r>
      <w:r w:rsidR="00787E5C" w:rsidRPr="00787E5C">
        <w:rPr>
          <w:lang w:val="ru-RU"/>
        </w:rPr>
        <w:t>–</w:t>
      </w:r>
      <w:r w:rsidRPr="00787E5C">
        <w:rPr>
          <w:lang w:val="ru-RU"/>
        </w:rPr>
        <w:t xml:space="preserve"> 40% стоимости.</w:t>
      </w:r>
    </w:p>
    <w:p w14:paraId="7EFE1DA7" w14:textId="77777777" w:rsidR="0056000B" w:rsidRPr="00787E5C" w:rsidRDefault="00000000">
      <w:pPr>
        <w:rPr>
          <w:lang w:val="ru-RU"/>
        </w:rPr>
      </w:pPr>
      <w:r w:rsidRPr="00787E5C">
        <w:rPr>
          <w:b/>
          <w:lang w:val="ru-RU"/>
        </w:rPr>
        <w:t>6.3.3. Абонентское (длящееся) сопровождение</w:t>
      </w:r>
      <w:r w:rsidRPr="00787E5C">
        <w:rPr>
          <w:lang w:val="ru-RU"/>
        </w:rPr>
        <w:t xml:space="preserve"> (ежемесячное, квартальное, полугодовое, ежегодное): стоимость распределяется равномерно на весь период сопровождения; при прекращении договора оплате подлежит часть стоимости, пропорциональная числу дней, истёкших с начала периода до дня прекращения включительно.</w:t>
      </w:r>
    </w:p>
    <w:p w14:paraId="75C47CFC" w14:textId="2987F794" w:rsidR="0056000B" w:rsidRPr="00787E5C" w:rsidRDefault="00000000">
      <w:pPr>
        <w:rPr>
          <w:lang w:val="ru-RU"/>
        </w:rPr>
      </w:pPr>
      <w:r w:rsidRPr="00787E5C">
        <w:rPr>
          <w:b/>
          <w:lang w:val="ru-RU"/>
        </w:rPr>
        <w:t>6.3.4. Услуги, приобретённые в составе комплекса (пакета):</w:t>
      </w:r>
      <w:r w:rsidRPr="00787E5C">
        <w:rPr>
          <w:lang w:val="ru-RU"/>
        </w:rPr>
        <w:t xml:space="preserve"> стоимость каждой входящей в комплекс Услуги определяется Описанием услуг, а при отсутствии такого указания </w:t>
      </w:r>
      <w:r w:rsidR="00787E5C" w:rsidRPr="00787E5C">
        <w:rPr>
          <w:lang w:val="ru-RU"/>
        </w:rPr>
        <w:t>–</w:t>
      </w:r>
      <w:r w:rsidRPr="00787E5C">
        <w:rPr>
          <w:lang w:val="ru-RU"/>
        </w:rPr>
        <w:t xml:space="preserve"> пропорционально обычной стоимости этих Услуг при отдельном приобретении. Расчёт по каждой Услуге, входящей в комплекс, производится по правилам настоящего раздела отдельно.</w:t>
      </w:r>
    </w:p>
    <w:p w14:paraId="0DFBD05A" w14:textId="6EA1F5E3" w:rsidR="0056000B" w:rsidRPr="00787E5C" w:rsidRDefault="00000000">
      <w:pPr>
        <w:rPr>
          <w:lang w:val="ru-RU"/>
        </w:rPr>
      </w:pPr>
      <w:r w:rsidRPr="00787E5C">
        <w:rPr>
          <w:b/>
          <w:lang w:val="ru-RU"/>
        </w:rPr>
        <w:t>6.3.5. Иные Услуги, не разделённые на Этапы:</w:t>
      </w:r>
      <w:r w:rsidRPr="00787E5C">
        <w:rPr>
          <w:lang w:val="ru-RU"/>
        </w:rPr>
        <w:t xml:space="preserve"> стоимость фактически оказанной части определяется пропорционально объёму оказанной Услуги, а при невозможности определить объём </w:t>
      </w:r>
      <w:r w:rsidR="00787E5C" w:rsidRPr="00787E5C">
        <w:rPr>
          <w:lang w:val="ru-RU"/>
        </w:rPr>
        <w:t>–</w:t>
      </w:r>
      <w:r w:rsidRPr="00787E5C">
        <w:rPr>
          <w:lang w:val="ru-RU"/>
        </w:rPr>
        <w:t xml:space="preserve"> исходя из фактически затраченного Исполнителем времени по Часовой ставке.</w:t>
      </w:r>
    </w:p>
    <w:p w14:paraId="1074C977" w14:textId="77777777" w:rsidR="0056000B" w:rsidRPr="00787E5C" w:rsidRDefault="00000000">
      <w:pPr>
        <w:rPr>
          <w:lang w:val="ru-RU"/>
        </w:rPr>
      </w:pPr>
      <w:r w:rsidRPr="00787E5C">
        <w:rPr>
          <w:b/>
          <w:lang w:val="ru-RU"/>
        </w:rPr>
        <w:t>6.4. Соотношение с правилами переноса и отмены.</w:t>
      </w:r>
      <w:r w:rsidRPr="00787E5C">
        <w:rPr>
          <w:lang w:val="ru-RU"/>
        </w:rPr>
        <w:t xml:space="preserve"> Резервные правила пункта 6.3 применяются к Услугам, оказание которых начато. Если очная Услуга не начата ввиду переноса или отмены Заказчиком менее чем за 24 часа либо ввиду его </w:t>
      </w:r>
      <w:r w:rsidRPr="00787E5C">
        <w:rPr>
          <w:lang w:val="ru-RU"/>
        </w:rPr>
        <w:lastRenderedPageBreak/>
        <w:t xml:space="preserve">неявки, применяется пункт 5.6.2 (удержание за планирование и резервирование). Удержания по пунктам 5.6.2 и 6.3 за одно и то же действие не суммируются: при переходе Услуги в стадию </w:t>
      </w:r>
      <w:proofErr w:type="gramStart"/>
      <w:r w:rsidRPr="00787E5C">
        <w:rPr>
          <w:lang w:val="ru-RU"/>
        </w:rPr>
        <w:t>оказания</w:t>
      </w:r>
      <w:proofErr w:type="gramEnd"/>
      <w:r w:rsidRPr="00787E5C">
        <w:rPr>
          <w:lang w:val="ru-RU"/>
        </w:rPr>
        <w:t xml:space="preserve"> ранее удержанные 20% засчитываются в счёт стоимости начатого Этапа 1.</w:t>
      </w:r>
    </w:p>
    <w:p w14:paraId="6B61999E" w14:textId="77777777" w:rsidR="0056000B" w:rsidRPr="00787E5C" w:rsidRDefault="00000000">
      <w:pPr>
        <w:rPr>
          <w:lang w:val="ru-RU"/>
        </w:rPr>
      </w:pPr>
      <w:r w:rsidRPr="00787E5C">
        <w:rPr>
          <w:b/>
          <w:lang w:val="ru-RU"/>
        </w:rPr>
        <w:t>6.5.</w:t>
      </w:r>
      <w:r w:rsidRPr="00787E5C">
        <w:rPr>
          <w:lang w:val="ru-RU"/>
        </w:rPr>
        <w:t xml:space="preserve"> Распределение стоимости по Этапам не влияет на право Заказчика-Потребителя отказаться от договора в любое время в порядке раздела 9 и не ограничивает объём его прав, предусмотренных законом.</w:t>
      </w:r>
    </w:p>
    <w:p w14:paraId="1A4F35DE" w14:textId="77777777" w:rsidR="0056000B" w:rsidRPr="00787E5C" w:rsidRDefault="00000000">
      <w:pPr>
        <w:spacing w:before="280" w:after="160"/>
        <w:rPr>
          <w:lang w:val="ru-RU"/>
        </w:rPr>
      </w:pPr>
      <w:r w:rsidRPr="00787E5C">
        <w:rPr>
          <w:b/>
          <w:sz w:val="26"/>
          <w:lang w:val="ru-RU"/>
        </w:rPr>
        <w:t>7. РЕЗУЛЬТАТ УСЛУГИ И ПРИЁМКА</w:t>
      </w:r>
    </w:p>
    <w:p w14:paraId="6BD235AD" w14:textId="77777777" w:rsidR="0056000B" w:rsidRPr="00787E5C" w:rsidRDefault="00000000">
      <w:pPr>
        <w:rPr>
          <w:lang w:val="ru-RU"/>
        </w:rPr>
      </w:pPr>
      <w:r w:rsidRPr="00787E5C">
        <w:rPr>
          <w:b/>
          <w:lang w:val="ru-RU"/>
        </w:rPr>
        <w:t>7.1. Результат Услуг.</w:t>
      </w:r>
      <w:r w:rsidRPr="00787E5C">
        <w:rPr>
          <w:lang w:val="ru-RU"/>
        </w:rPr>
        <w:t xml:space="preserve"> Результатом Услуги является деятельность Исполнителя и переданные Заказчику рекомендации и Материалы. Применительно к отдельным видам Услуг результатом признаётся:</w:t>
      </w:r>
    </w:p>
    <w:p w14:paraId="7A62183E" w14:textId="2B4597B0" w:rsidR="0056000B" w:rsidRPr="00787E5C" w:rsidRDefault="00000000">
      <w:pPr>
        <w:rPr>
          <w:lang w:val="ru-RU"/>
        </w:rPr>
      </w:pPr>
      <w:r w:rsidRPr="00787E5C">
        <w:rPr>
          <w:b/>
          <w:lang w:val="ru-RU"/>
        </w:rPr>
        <w:t>7.1.1.</w:t>
      </w:r>
      <w:r w:rsidRPr="00787E5C">
        <w:rPr>
          <w:lang w:val="ru-RU"/>
        </w:rPr>
        <w:t xml:space="preserve"> для разбора образов по фотографиям </w:t>
      </w:r>
      <w:r w:rsidR="00787E5C" w:rsidRPr="00787E5C">
        <w:rPr>
          <w:lang w:val="ru-RU"/>
        </w:rPr>
        <w:t>–</w:t>
      </w:r>
      <w:r w:rsidRPr="00787E5C">
        <w:rPr>
          <w:lang w:val="ru-RU"/>
        </w:rPr>
        <w:t xml:space="preserve"> направленная Заказчику обратная связь в форме аудиосообщения и (или) письменных рекомендаций;</w:t>
      </w:r>
    </w:p>
    <w:p w14:paraId="20490008" w14:textId="4D8ECD02" w:rsidR="0056000B" w:rsidRPr="00787E5C" w:rsidRDefault="00000000">
      <w:pPr>
        <w:rPr>
          <w:lang w:val="ru-RU"/>
        </w:rPr>
      </w:pPr>
      <w:r w:rsidRPr="00787E5C">
        <w:rPr>
          <w:b/>
          <w:lang w:val="ru-RU"/>
        </w:rPr>
        <w:t>7.1.2.</w:t>
      </w:r>
      <w:r w:rsidRPr="00787E5C">
        <w:rPr>
          <w:lang w:val="ru-RU"/>
        </w:rPr>
        <w:t xml:space="preserve"> для разбора гардероба </w:t>
      </w:r>
      <w:r w:rsidR="00787E5C" w:rsidRPr="00787E5C">
        <w:rPr>
          <w:lang w:val="ru-RU"/>
        </w:rPr>
        <w:t>–</w:t>
      </w:r>
      <w:r w:rsidRPr="00787E5C">
        <w:rPr>
          <w:lang w:val="ru-RU"/>
        </w:rPr>
        <w:t xml:space="preserve"> проведённый осмотр и сортировка вещей, устные рекомендации и переданные Заказчику Материалы (в том числе альбом с фотографиями вещей и составленные комплекты) в объёме, определённом Описанием услуг;</w:t>
      </w:r>
    </w:p>
    <w:p w14:paraId="2B92EFF9" w14:textId="290AE395" w:rsidR="0056000B" w:rsidRPr="00787E5C" w:rsidRDefault="00000000">
      <w:pPr>
        <w:rPr>
          <w:lang w:val="ru-RU"/>
        </w:rPr>
      </w:pPr>
      <w:r w:rsidRPr="00787E5C">
        <w:rPr>
          <w:b/>
          <w:lang w:val="ru-RU"/>
        </w:rPr>
        <w:t>7.1.3.</w:t>
      </w:r>
      <w:r w:rsidRPr="00787E5C">
        <w:rPr>
          <w:lang w:val="ru-RU"/>
        </w:rPr>
        <w:t xml:space="preserve"> для шоппинг-сопровождения </w:t>
      </w:r>
      <w:r w:rsidR="00787E5C" w:rsidRPr="00787E5C">
        <w:rPr>
          <w:lang w:val="ru-RU"/>
        </w:rPr>
        <w:t>–</w:t>
      </w:r>
      <w:r w:rsidRPr="00787E5C">
        <w:rPr>
          <w:lang w:val="ru-RU"/>
        </w:rPr>
        <w:t xml:space="preserve"> подготовка и совместный выход с предоставлением рекомендаций;</w:t>
      </w:r>
    </w:p>
    <w:p w14:paraId="3F0CFEB8" w14:textId="4B4703C1" w:rsidR="0056000B" w:rsidRPr="00787E5C" w:rsidRDefault="00000000">
      <w:pPr>
        <w:rPr>
          <w:lang w:val="ru-RU"/>
        </w:rPr>
      </w:pPr>
      <w:r w:rsidRPr="00787E5C">
        <w:rPr>
          <w:b/>
          <w:lang w:val="ru-RU"/>
        </w:rPr>
        <w:t>7.1.4.</w:t>
      </w:r>
      <w:r w:rsidRPr="00787E5C">
        <w:rPr>
          <w:lang w:val="ru-RU"/>
        </w:rPr>
        <w:t xml:space="preserve"> для стилизации гардероба </w:t>
      </w:r>
      <w:r w:rsidR="00787E5C" w:rsidRPr="00787E5C">
        <w:rPr>
          <w:lang w:val="ru-RU"/>
        </w:rPr>
        <w:t>–</w:t>
      </w:r>
      <w:r w:rsidRPr="00787E5C">
        <w:rPr>
          <w:lang w:val="ru-RU"/>
        </w:rPr>
        <w:t xml:space="preserve"> составленные комплекты (капсулы) в пределах базового объёма, зафиксированные в Материалах;</w:t>
      </w:r>
    </w:p>
    <w:p w14:paraId="7094BBD2" w14:textId="729142EE" w:rsidR="0056000B" w:rsidRPr="00787E5C" w:rsidRDefault="00000000">
      <w:pPr>
        <w:rPr>
          <w:lang w:val="ru-RU"/>
        </w:rPr>
      </w:pPr>
      <w:r w:rsidRPr="00787E5C">
        <w:rPr>
          <w:b/>
          <w:lang w:val="ru-RU"/>
        </w:rPr>
        <w:t>7.1.5.</w:t>
      </w:r>
      <w:r w:rsidRPr="00787E5C">
        <w:rPr>
          <w:lang w:val="ru-RU"/>
        </w:rPr>
        <w:t xml:space="preserve"> для онлайн-консультации, сборов на событие и сбора чемодана </w:t>
      </w:r>
      <w:r w:rsidR="00787E5C" w:rsidRPr="00787E5C">
        <w:rPr>
          <w:lang w:val="ru-RU"/>
        </w:rPr>
        <w:t>–</w:t>
      </w:r>
      <w:r w:rsidRPr="00787E5C">
        <w:rPr>
          <w:lang w:val="ru-RU"/>
        </w:rPr>
        <w:t xml:space="preserve"> проведённая консультация и предоставленные рекомендации;</w:t>
      </w:r>
    </w:p>
    <w:p w14:paraId="14F66579" w14:textId="222ABE49" w:rsidR="0056000B" w:rsidRPr="00787E5C" w:rsidRDefault="00000000">
      <w:pPr>
        <w:rPr>
          <w:lang w:val="ru-RU"/>
        </w:rPr>
      </w:pPr>
      <w:r w:rsidRPr="00787E5C">
        <w:rPr>
          <w:b/>
          <w:lang w:val="ru-RU"/>
        </w:rPr>
        <w:t>7.1.6.</w:t>
      </w:r>
      <w:r w:rsidRPr="00787E5C">
        <w:rPr>
          <w:lang w:val="ru-RU"/>
        </w:rPr>
        <w:t xml:space="preserve"> для абонентского сопровождения </w:t>
      </w:r>
      <w:r w:rsidR="00787E5C" w:rsidRPr="00787E5C">
        <w:rPr>
          <w:lang w:val="ru-RU"/>
        </w:rPr>
        <w:t>–</w:t>
      </w:r>
      <w:r w:rsidRPr="00787E5C">
        <w:rPr>
          <w:lang w:val="ru-RU"/>
        </w:rPr>
        <w:t xml:space="preserve"> взаимодействие с Заказчиком в течение согласованного периода в объёме, определённом Описанием услуг;</w:t>
      </w:r>
    </w:p>
    <w:p w14:paraId="4B9F81F0" w14:textId="1D0C1C8E" w:rsidR="0056000B" w:rsidRPr="00787E5C" w:rsidRDefault="00000000">
      <w:pPr>
        <w:rPr>
          <w:lang w:val="ru-RU"/>
        </w:rPr>
      </w:pPr>
      <w:r w:rsidRPr="00787E5C">
        <w:rPr>
          <w:b/>
          <w:lang w:val="ru-RU"/>
        </w:rPr>
        <w:t>7.1.7.</w:t>
      </w:r>
      <w:r w:rsidRPr="00787E5C">
        <w:rPr>
          <w:lang w:val="ru-RU"/>
        </w:rPr>
        <w:t xml:space="preserve"> для групповых информационных мероприятий </w:t>
      </w:r>
      <w:r w:rsidR="00787E5C" w:rsidRPr="00787E5C">
        <w:rPr>
          <w:lang w:val="ru-RU"/>
        </w:rPr>
        <w:t>–</w:t>
      </w:r>
      <w:r w:rsidRPr="00787E5C">
        <w:rPr>
          <w:lang w:val="ru-RU"/>
        </w:rPr>
        <w:t xml:space="preserve"> предоставление доступа к участию в мероприятии и (или) к его записи;</w:t>
      </w:r>
    </w:p>
    <w:p w14:paraId="4148A9C1" w14:textId="27A8E206" w:rsidR="0056000B" w:rsidRPr="00787E5C" w:rsidRDefault="00000000">
      <w:pPr>
        <w:rPr>
          <w:lang w:val="ru-RU"/>
        </w:rPr>
      </w:pPr>
      <w:r w:rsidRPr="00787E5C">
        <w:rPr>
          <w:b/>
          <w:lang w:val="ru-RU"/>
        </w:rPr>
        <w:t>7.1.8.</w:t>
      </w:r>
      <w:r w:rsidRPr="00787E5C">
        <w:rPr>
          <w:lang w:val="ru-RU"/>
        </w:rPr>
        <w:t xml:space="preserve"> для цифровых Материалов </w:t>
      </w:r>
      <w:r w:rsidR="00787E5C" w:rsidRPr="00787E5C">
        <w:rPr>
          <w:lang w:val="ru-RU"/>
        </w:rPr>
        <w:t>–</w:t>
      </w:r>
      <w:r w:rsidRPr="00787E5C">
        <w:rPr>
          <w:lang w:val="ru-RU"/>
        </w:rPr>
        <w:t xml:space="preserve"> предоставление Заказчику файла либо доступа к Материалам на Платформе.</w:t>
      </w:r>
    </w:p>
    <w:p w14:paraId="1BA53B97" w14:textId="77777777" w:rsidR="0056000B" w:rsidRPr="00787E5C" w:rsidRDefault="00000000">
      <w:pPr>
        <w:rPr>
          <w:lang w:val="ru-RU"/>
        </w:rPr>
      </w:pPr>
      <w:r w:rsidRPr="00787E5C">
        <w:rPr>
          <w:b/>
          <w:lang w:val="ru-RU"/>
        </w:rPr>
        <w:t>7.2. Момент оказания Услуги.</w:t>
      </w:r>
      <w:r w:rsidRPr="00787E5C">
        <w:rPr>
          <w:lang w:val="ru-RU"/>
        </w:rPr>
        <w:t xml:space="preserve"> Услуга считается оказанной:</w:t>
      </w:r>
    </w:p>
    <w:p w14:paraId="2CEBC79B" w14:textId="6A2801AD" w:rsidR="0056000B" w:rsidRPr="00787E5C" w:rsidRDefault="00000000">
      <w:pPr>
        <w:rPr>
          <w:lang w:val="ru-RU"/>
        </w:rPr>
      </w:pPr>
      <w:r w:rsidRPr="00787E5C">
        <w:rPr>
          <w:b/>
          <w:lang w:val="ru-RU"/>
        </w:rPr>
        <w:t>7.2.1.</w:t>
      </w:r>
      <w:r w:rsidRPr="00787E5C">
        <w:rPr>
          <w:lang w:val="ru-RU"/>
        </w:rPr>
        <w:t xml:space="preserve"> дистанционная консультационная Услуга </w:t>
      </w:r>
      <w:r w:rsidR="00787E5C" w:rsidRPr="00787E5C">
        <w:rPr>
          <w:lang w:val="ru-RU"/>
        </w:rPr>
        <w:t>–</w:t>
      </w:r>
      <w:r w:rsidRPr="00787E5C">
        <w:rPr>
          <w:lang w:val="ru-RU"/>
        </w:rPr>
        <w:t xml:space="preserve"> с момента направления Заказчику рекомендаций (аудиосообщения, письменных рекомендаций) либо завершения консультации;</w:t>
      </w:r>
    </w:p>
    <w:p w14:paraId="6C553E2D" w14:textId="5D8FC889" w:rsidR="0056000B" w:rsidRPr="00787E5C" w:rsidRDefault="00000000">
      <w:pPr>
        <w:rPr>
          <w:lang w:val="ru-RU"/>
        </w:rPr>
      </w:pPr>
      <w:r w:rsidRPr="00787E5C">
        <w:rPr>
          <w:b/>
          <w:lang w:val="ru-RU"/>
        </w:rPr>
        <w:lastRenderedPageBreak/>
        <w:t>7.2.2.</w:t>
      </w:r>
      <w:r w:rsidRPr="00787E5C">
        <w:rPr>
          <w:lang w:val="ru-RU"/>
        </w:rPr>
        <w:t xml:space="preserve"> очная Услуга с последующей подготовкой Материалов </w:t>
      </w:r>
      <w:r w:rsidR="00787E5C" w:rsidRPr="00787E5C">
        <w:rPr>
          <w:lang w:val="ru-RU"/>
        </w:rPr>
        <w:t>–</w:t>
      </w:r>
      <w:r w:rsidRPr="00787E5C">
        <w:rPr>
          <w:lang w:val="ru-RU"/>
        </w:rPr>
        <w:t xml:space="preserve"> с момента передачи Заказчику соответствующих Материалов;</w:t>
      </w:r>
    </w:p>
    <w:p w14:paraId="1D3F3F62" w14:textId="41362053" w:rsidR="0056000B" w:rsidRPr="00787E5C" w:rsidRDefault="00000000">
      <w:pPr>
        <w:rPr>
          <w:lang w:val="ru-RU"/>
        </w:rPr>
      </w:pPr>
      <w:r w:rsidRPr="00787E5C">
        <w:rPr>
          <w:b/>
          <w:lang w:val="ru-RU"/>
        </w:rPr>
        <w:t>7.2.3.</w:t>
      </w:r>
      <w:r w:rsidRPr="00787E5C">
        <w:rPr>
          <w:lang w:val="ru-RU"/>
        </w:rPr>
        <w:t xml:space="preserve"> абонентское сопровождение </w:t>
      </w:r>
      <w:r w:rsidR="00787E5C" w:rsidRPr="00787E5C">
        <w:rPr>
          <w:lang w:val="ru-RU"/>
        </w:rPr>
        <w:t>–</w:t>
      </w:r>
      <w:r w:rsidRPr="00787E5C">
        <w:rPr>
          <w:lang w:val="ru-RU"/>
        </w:rPr>
        <w:t xml:space="preserve"> по истечении согласованного периода сопровождения;</w:t>
      </w:r>
    </w:p>
    <w:p w14:paraId="1E6F4FD2" w14:textId="3C940FBD" w:rsidR="0056000B" w:rsidRPr="00787E5C" w:rsidRDefault="00000000">
      <w:pPr>
        <w:rPr>
          <w:lang w:val="ru-RU"/>
        </w:rPr>
      </w:pPr>
      <w:r w:rsidRPr="00787E5C">
        <w:rPr>
          <w:b/>
          <w:lang w:val="ru-RU"/>
        </w:rPr>
        <w:t>7.2.4.</w:t>
      </w:r>
      <w:r w:rsidRPr="00787E5C">
        <w:rPr>
          <w:lang w:val="ru-RU"/>
        </w:rPr>
        <w:t xml:space="preserve"> групповое мероприятие </w:t>
      </w:r>
      <w:r w:rsidR="00787E5C" w:rsidRPr="00787E5C">
        <w:rPr>
          <w:lang w:val="ru-RU"/>
        </w:rPr>
        <w:t>–</w:t>
      </w:r>
      <w:r w:rsidRPr="00787E5C">
        <w:rPr>
          <w:lang w:val="ru-RU"/>
        </w:rPr>
        <w:t xml:space="preserve"> с момента его проведения либо предоставления доступа к записи;</w:t>
      </w:r>
    </w:p>
    <w:p w14:paraId="2F55EE20" w14:textId="279EEFC6" w:rsidR="0056000B" w:rsidRPr="00787E5C" w:rsidRDefault="00000000">
      <w:pPr>
        <w:rPr>
          <w:lang w:val="ru-RU"/>
        </w:rPr>
      </w:pPr>
      <w:r w:rsidRPr="00787E5C">
        <w:rPr>
          <w:b/>
          <w:lang w:val="ru-RU"/>
        </w:rPr>
        <w:t>7.2.5.</w:t>
      </w:r>
      <w:r w:rsidRPr="00787E5C">
        <w:rPr>
          <w:lang w:val="ru-RU"/>
        </w:rPr>
        <w:t xml:space="preserve"> цифровые Материалы </w:t>
      </w:r>
      <w:r w:rsidR="00787E5C" w:rsidRPr="00787E5C">
        <w:rPr>
          <w:lang w:val="ru-RU"/>
        </w:rPr>
        <w:t>–</w:t>
      </w:r>
      <w:r w:rsidRPr="00787E5C">
        <w:rPr>
          <w:lang w:val="ru-RU"/>
        </w:rPr>
        <w:t xml:space="preserve"> с момента предоставления файла или доступа к Материалам на Платформе, независимо от того, воспользовался ли Заказчик таким доступом.</w:t>
      </w:r>
    </w:p>
    <w:p w14:paraId="0E9D1C5E" w14:textId="0BDF5785" w:rsidR="0056000B" w:rsidRPr="00787E5C" w:rsidRDefault="00000000">
      <w:pPr>
        <w:rPr>
          <w:lang w:val="ru-RU"/>
        </w:rPr>
      </w:pPr>
      <w:r w:rsidRPr="00787E5C">
        <w:rPr>
          <w:b/>
          <w:lang w:val="ru-RU"/>
        </w:rPr>
        <w:t>7.3. Приёмка без акта.</w:t>
      </w:r>
      <w:r w:rsidRPr="00787E5C">
        <w:rPr>
          <w:lang w:val="ru-RU"/>
        </w:rPr>
        <w:t xml:space="preserve"> Стороны согласовали, что акт оказанных услуг не составляется, за исключением случая, предусмотренного пунктом 16.2. Услуга считается оказанной надлежащим образом и принятой Заказчиком, если в течение 7 (семи) календарных дней с момента её оказания (для Услуг с передачей Материалов </w:t>
      </w:r>
      <w:r w:rsidR="00787E5C" w:rsidRPr="00787E5C">
        <w:rPr>
          <w:lang w:val="ru-RU"/>
        </w:rPr>
        <w:t>–</w:t>
      </w:r>
      <w:r w:rsidRPr="00787E5C">
        <w:rPr>
          <w:lang w:val="ru-RU"/>
        </w:rPr>
        <w:t xml:space="preserve"> с момента получения Материалов) Заказчик не направил Исполнителю по Уполномоченным адресам мотивированные возражения по её объёму или качеству. Пропуск указанного срока не лишает Заказчика-Потребителя прав, предусмотренных законодательством о защите прав потребителей.</w:t>
      </w:r>
    </w:p>
    <w:p w14:paraId="3C55F45A" w14:textId="77777777" w:rsidR="0056000B" w:rsidRPr="00787E5C" w:rsidRDefault="00000000">
      <w:pPr>
        <w:rPr>
          <w:lang w:val="ru-RU"/>
        </w:rPr>
      </w:pPr>
      <w:r w:rsidRPr="00787E5C">
        <w:rPr>
          <w:b/>
          <w:lang w:val="ru-RU"/>
        </w:rPr>
        <w:t xml:space="preserve">7.4. </w:t>
      </w:r>
      <w:proofErr w:type="spellStart"/>
      <w:r w:rsidRPr="00787E5C">
        <w:rPr>
          <w:b/>
          <w:lang w:val="ru-RU"/>
        </w:rPr>
        <w:t>Постуслуговая</w:t>
      </w:r>
      <w:proofErr w:type="spellEnd"/>
      <w:r w:rsidRPr="00787E5C">
        <w:rPr>
          <w:b/>
          <w:lang w:val="ru-RU"/>
        </w:rPr>
        <w:t xml:space="preserve"> поддержка.</w:t>
      </w:r>
      <w:r w:rsidRPr="00787E5C">
        <w:rPr>
          <w:lang w:val="ru-RU"/>
        </w:rPr>
        <w:t xml:space="preserve"> После оказания Услуги Заказчик вправе обращаться к Исполнителю по Уполномоченным адресам с уточняющими вопросами по оказанной Услуге в течение следующих сроков:</w:t>
      </w:r>
    </w:p>
    <w:p w14:paraId="488BEEFF" w14:textId="6BB8D278" w:rsidR="0056000B" w:rsidRPr="00787E5C" w:rsidRDefault="00000000">
      <w:pPr>
        <w:rPr>
          <w:lang w:val="ru-RU"/>
        </w:rPr>
      </w:pPr>
      <w:r w:rsidRPr="00787E5C">
        <w:rPr>
          <w:b/>
          <w:lang w:val="ru-RU"/>
        </w:rPr>
        <w:t>7.4.1.</w:t>
      </w:r>
      <w:r w:rsidRPr="00787E5C">
        <w:rPr>
          <w:lang w:val="ru-RU"/>
        </w:rPr>
        <w:t xml:space="preserve"> по услуге разбора гардероба (сборки гардероба) </w:t>
      </w:r>
      <w:r w:rsidR="00787E5C" w:rsidRPr="00787E5C">
        <w:rPr>
          <w:lang w:val="ru-RU"/>
        </w:rPr>
        <w:t>–</w:t>
      </w:r>
      <w:r w:rsidRPr="00787E5C">
        <w:rPr>
          <w:lang w:val="ru-RU"/>
        </w:rPr>
        <w:t xml:space="preserve"> в течение 7 (семи) календарных дней с момента получения Заказчиком Материалов;</w:t>
      </w:r>
    </w:p>
    <w:p w14:paraId="3B5C7F5C" w14:textId="41011572" w:rsidR="0056000B" w:rsidRPr="00787E5C" w:rsidRDefault="00000000">
      <w:pPr>
        <w:rPr>
          <w:lang w:val="ru-RU"/>
        </w:rPr>
      </w:pPr>
      <w:r w:rsidRPr="00787E5C">
        <w:rPr>
          <w:b/>
          <w:lang w:val="ru-RU"/>
        </w:rPr>
        <w:t>7.4.2.</w:t>
      </w:r>
      <w:r w:rsidRPr="00787E5C">
        <w:rPr>
          <w:lang w:val="ru-RU"/>
        </w:rPr>
        <w:t xml:space="preserve"> по комплексу «разбор гардероба и шоппинг-сопровождение» </w:t>
      </w:r>
      <w:r w:rsidR="00787E5C" w:rsidRPr="00787E5C">
        <w:rPr>
          <w:lang w:val="ru-RU"/>
        </w:rPr>
        <w:t>–</w:t>
      </w:r>
      <w:r w:rsidRPr="00787E5C">
        <w:rPr>
          <w:lang w:val="ru-RU"/>
        </w:rPr>
        <w:t xml:space="preserve"> в течение 14 (четырнадцати) календарных дней с момента получения Заказчиком Материалов.</w:t>
      </w:r>
    </w:p>
    <w:p w14:paraId="668EB447" w14:textId="77777777" w:rsidR="0056000B" w:rsidRPr="00787E5C" w:rsidRDefault="00000000">
      <w:pPr>
        <w:rPr>
          <w:lang w:val="ru-RU"/>
        </w:rPr>
      </w:pPr>
      <w:proofErr w:type="spellStart"/>
      <w:r w:rsidRPr="00787E5C">
        <w:rPr>
          <w:lang w:val="ru-RU"/>
        </w:rPr>
        <w:t>Постуслуговая</w:t>
      </w:r>
      <w:proofErr w:type="spellEnd"/>
      <w:r w:rsidRPr="00787E5C">
        <w:rPr>
          <w:lang w:val="ru-RU"/>
        </w:rPr>
        <w:t xml:space="preserve"> поддержка охватывает уточняющие вопросы в отношении уже оказанной Услуги и не включает оказание новых Услуг. Составление дополнительных комплектов (стилизаций) сверх базового объёма является отдельной Услугой и оказывается на условиях пункта 4.8.</w:t>
      </w:r>
    </w:p>
    <w:p w14:paraId="0BA6E90E" w14:textId="77777777" w:rsidR="0056000B" w:rsidRPr="00787E5C" w:rsidRDefault="00000000">
      <w:pPr>
        <w:rPr>
          <w:lang w:val="ru-RU"/>
        </w:rPr>
      </w:pPr>
      <w:r w:rsidRPr="00787E5C">
        <w:rPr>
          <w:b/>
          <w:lang w:val="ru-RU"/>
        </w:rPr>
        <w:t>7.5. Доступ к Материалам.</w:t>
      </w:r>
    </w:p>
    <w:p w14:paraId="1D4768B9" w14:textId="77777777" w:rsidR="0056000B" w:rsidRPr="00787E5C" w:rsidRDefault="00000000">
      <w:pPr>
        <w:rPr>
          <w:lang w:val="ru-RU"/>
        </w:rPr>
      </w:pPr>
      <w:r w:rsidRPr="00787E5C">
        <w:rPr>
          <w:b/>
          <w:lang w:val="ru-RU"/>
        </w:rPr>
        <w:t>7.5.1.</w:t>
      </w:r>
      <w:r w:rsidRPr="00787E5C">
        <w:rPr>
          <w:lang w:val="ru-RU"/>
        </w:rPr>
        <w:t xml:space="preserve"> Материалы, переданные Заказчику в виде файла или на материальном носителе, остаются в распоряжении Заказчика бессрочно, с учётом ограничений раздела 13.</w:t>
      </w:r>
    </w:p>
    <w:p w14:paraId="5789423E" w14:textId="77777777" w:rsidR="0056000B" w:rsidRPr="00787E5C" w:rsidRDefault="00000000">
      <w:pPr>
        <w:rPr>
          <w:lang w:val="ru-RU"/>
        </w:rPr>
      </w:pPr>
      <w:r w:rsidRPr="00787E5C">
        <w:rPr>
          <w:b/>
          <w:lang w:val="ru-RU"/>
        </w:rPr>
        <w:t>7.5.2.</w:t>
      </w:r>
      <w:r w:rsidRPr="00787E5C">
        <w:rPr>
          <w:lang w:val="ru-RU"/>
        </w:rPr>
        <w:t xml:space="preserve"> Материалы, доступ к которым предоставляется на Платформе (в том числе в канале или боте мессенджера, на Сайте, в мини-приложении), доступны Заказчику в течение срока их размещения на соответствующей Платформе. Доступность </w:t>
      </w:r>
      <w:r w:rsidRPr="00787E5C">
        <w:rPr>
          <w:lang w:val="ru-RU"/>
        </w:rPr>
        <w:lastRenderedPageBreak/>
        <w:t>таких Материалов может зависеть от работы Платформы, обеспечиваемой третьими лицами.</w:t>
      </w:r>
    </w:p>
    <w:p w14:paraId="47BF37D7" w14:textId="77777777" w:rsidR="0056000B" w:rsidRPr="00787E5C" w:rsidRDefault="00000000">
      <w:pPr>
        <w:rPr>
          <w:lang w:val="ru-RU"/>
        </w:rPr>
      </w:pPr>
      <w:r w:rsidRPr="00787E5C">
        <w:rPr>
          <w:b/>
          <w:lang w:val="ru-RU"/>
        </w:rPr>
        <w:t>7.5.3.</w:t>
      </w:r>
      <w:r w:rsidRPr="00787E5C">
        <w:rPr>
          <w:lang w:val="ru-RU"/>
        </w:rPr>
        <w:t xml:space="preserve"> Исполнитель вправе перенести Материалы на иную Платформу, уведомив Заказчика по Уполномоченным адресам. Изменение Платформы не является нарушением обязательств Исполнителя и не влечёт возврата денежных средств при условии сохранения Заказчику доступа к Материалам.</w:t>
      </w:r>
    </w:p>
    <w:p w14:paraId="0DCDFB7D" w14:textId="77777777" w:rsidR="0056000B" w:rsidRPr="00787E5C" w:rsidRDefault="00000000">
      <w:pPr>
        <w:spacing w:before="280" w:after="160"/>
        <w:rPr>
          <w:lang w:val="ru-RU"/>
        </w:rPr>
      </w:pPr>
      <w:r w:rsidRPr="00787E5C">
        <w:rPr>
          <w:b/>
          <w:sz w:val="26"/>
          <w:lang w:val="ru-RU"/>
        </w:rPr>
        <w:t>8. СТОИМОСТЬ И ПОРЯДОК ОПЛАТЫ</w:t>
      </w:r>
    </w:p>
    <w:p w14:paraId="3235AFB8" w14:textId="77777777" w:rsidR="0056000B" w:rsidRPr="00787E5C" w:rsidRDefault="00000000">
      <w:pPr>
        <w:rPr>
          <w:lang w:val="ru-RU"/>
        </w:rPr>
      </w:pPr>
      <w:r w:rsidRPr="00787E5C">
        <w:rPr>
          <w:b/>
          <w:lang w:val="ru-RU"/>
        </w:rPr>
        <w:t>8.1. Стоимость Услуг.</w:t>
      </w:r>
      <w:r w:rsidRPr="00787E5C">
        <w:rPr>
          <w:lang w:val="ru-RU"/>
        </w:rPr>
        <w:t xml:space="preserve"> Стоимость Услуг определяется Описанием услуг, действующим на момент оформления заказа. Стоимость Услуг не облагается налогом на добавленную стоимость в связи с применением Исполнителем специального налогового режима «Налог на профессиональный доход».</w:t>
      </w:r>
    </w:p>
    <w:p w14:paraId="50A3005B" w14:textId="692C6F60" w:rsidR="0056000B" w:rsidRPr="00787E5C" w:rsidRDefault="00000000">
      <w:pPr>
        <w:rPr>
          <w:lang w:val="ru-RU"/>
        </w:rPr>
      </w:pPr>
      <w:r w:rsidRPr="00787E5C">
        <w:rPr>
          <w:b/>
          <w:lang w:val="ru-RU"/>
        </w:rPr>
        <w:t>8.2. Изменение стоимости.</w:t>
      </w:r>
      <w:r w:rsidRPr="00787E5C">
        <w:rPr>
          <w:lang w:val="ru-RU"/>
        </w:rPr>
        <w:t xml:space="preserve"> Исполнитель вправе в одностороннем порядке изменять стоимость Услуг </w:t>
      </w:r>
      <w:r w:rsidR="00787E5C" w:rsidRPr="00787E5C">
        <w:rPr>
          <w:lang w:val="ru-RU"/>
        </w:rPr>
        <w:t>–</w:t>
      </w:r>
      <w:r w:rsidRPr="00787E5C">
        <w:rPr>
          <w:lang w:val="ru-RU"/>
        </w:rPr>
        <w:t xml:space="preserve"> в том числе в связи с изменением спроса, себестоимости и иных обстоятельств. Изменённая стоимость публикуется на Сайте (в Описании услуг) и применяется к заказам, оформленным после её опубликования. Изменение стоимости не распространяется на Услуги, в отношении которых Заказчиком уже совершён Акцепт и внесена оплата (полностью или в части предоплаты): такие Услуги оказываются по стоимости, действовавшей на момент Акцепта.</w:t>
      </w:r>
    </w:p>
    <w:p w14:paraId="18518D16" w14:textId="77777777" w:rsidR="0056000B" w:rsidRPr="00787E5C" w:rsidRDefault="00000000">
      <w:pPr>
        <w:rPr>
          <w:lang w:val="ru-RU"/>
        </w:rPr>
      </w:pPr>
      <w:r w:rsidRPr="00787E5C">
        <w:rPr>
          <w:b/>
          <w:lang w:val="ru-RU"/>
        </w:rPr>
        <w:t>8.3. Порядок предоплаты.</w:t>
      </w:r>
      <w:r w:rsidRPr="00787E5C">
        <w:rPr>
          <w:lang w:val="ru-RU"/>
        </w:rPr>
        <w:t xml:space="preserve"> Оплата Услуг производится в порядке предоплаты. Условие о размере предоплаты определяется стоимостью Услуги и указывается в Описании услуг по следующим правилам:</w:t>
      </w:r>
    </w:p>
    <w:p w14:paraId="0B9E394C" w14:textId="36405DD0" w:rsidR="0056000B" w:rsidRPr="00787E5C" w:rsidRDefault="00000000">
      <w:pPr>
        <w:rPr>
          <w:lang w:val="ru-RU"/>
        </w:rPr>
      </w:pPr>
      <w:r w:rsidRPr="00787E5C">
        <w:rPr>
          <w:b/>
          <w:lang w:val="ru-RU"/>
        </w:rPr>
        <w:t>8.3.1.</w:t>
      </w:r>
      <w:r w:rsidRPr="00787E5C">
        <w:rPr>
          <w:lang w:val="ru-RU"/>
        </w:rPr>
        <w:t xml:space="preserve"> для Услуг стоимостью, не превышающей порогового значения, установленного Описанием услуг, </w:t>
      </w:r>
      <w:r w:rsidR="00787E5C" w:rsidRPr="00787E5C">
        <w:rPr>
          <w:lang w:val="ru-RU"/>
        </w:rPr>
        <w:t>–</w:t>
      </w:r>
      <w:r w:rsidRPr="00787E5C">
        <w:rPr>
          <w:lang w:val="ru-RU"/>
        </w:rPr>
        <w:t xml:space="preserve"> предоплата в размере 100% стоимости при Акцепте;</w:t>
      </w:r>
    </w:p>
    <w:p w14:paraId="5008C3D8" w14:textId="02A82749" w:rsidR="0056000B" w:rsidRPr="00787E5C" w:rsidRDefault="00000000">
      <w:pPr>
        <w:rPr>
          <w:lang w:val="ru-RU"/>
        </w:rPr>
      </w:pPr>
      <w:r w:rsidRPr="00787E5C">
        <w:rPr>
          <w:b/>
          <w:lang w:val="ru-RU"/>
        </w:rPr>
        <w:t>8.3.2.</w:t>
      </w:r>
      <w:r w:rsidRPr="00787E5C">
        <w:rPr>
          <w:lang w:val="ru-RU"/>
        </w:rPr>
        <w:t xml:space="preserve"> для Услуг стоимостью выше порогового значения </w:t>
      </w:r>
      <w:r w:rsidR="00787E5C" w:rsidRPr="00787E5C">
        <w:rPr>
          <w:lang w:val="ru-RU"/>
        </w:rPr>
        <w:t>–</w:t>
      </w:r>
      <w:r w:rsidRPr="00787E5C">
        <w:rPr>
          <w:lang w:val="ru-RU"/>
        </w:rPr>
        <w:t xml:space="preserve"> предоплата в размере 50% стоимости при Акцепте, оставшиеся 50% </w:t>
      </w:r>
      <w:r w:rsidR="00787E5C" w:rsidRPr="00787E5C">
        <w:rPr>
          <w:lang w:val="ru-RU"/>
        </w:rPr>
        <w:t>–</w:t>
      </w:r>
      <w:r w:rsidRPr="00787E5C">
        <w:rPr>
          <w:lang w:val="ru-RU"/>
        </w:rPr>
        <w:t xml:space="preserve"> не позднее момента начала оказания Услуги;</w:t>
      </w:r>
    </w:p>
    <w:p w14:paraId="7B4E07E3" w14:textId="77777777" w:rsidR="0056000B" w:rsidRPr="00787E5C" w:rsidRDefault="00000000">
      <w:pPr>
        <w:rPr>
          <w:lang w:val="ru-RU"/>
        </w:rPr>
      </w:pPr>
      <w:r w:rsidRPr="00787E5C">
        <w:rPr>
          <w:b/>
          <w:lang w:val="ru-RU"/>
        </w:rPr>
        <w:t>8.3.3.</w:t>
      </w:r>
      <w:r w:rsidRPr="00787E5C">
        <w:rPr>
          <w:lang w:val="ru-RU"/>
        </w:rPr>
        <w:t xml:space="preserve"> иной порядок оплаты применяется, если он прямо предусмотрен Описанием соответствующей Услуги.</w:t>
      </w:r>
    </w:p>
    <w:p w14:paraId="7B91882C" w14:textId="77777777" w:rsidR="0056000B" w:rsidRPr="00787E5C" w:rsidRDefault="00000000">
      <w:pPr>
        <w:rPr>
          <w:lang w:val="ru-RU"/>
        </w:rPr>
      </w:pPr>
      <w:r w:rsidRPr="00787E5C">
        <w:rPr>
          <w:lang w:val="ru-RU"/>
        </w:rPr>
        <w:t>До поступления предусмотренной предоплаты Исполнитель вправе не приступать к оказанию Услуги, что не является нарушением его обязательств.</w:t>
      </w:r>
    </w:p>
    <w:p w14:paraId="1921F1CE" w14:textId="77777777" w:rsidR="0056000B" w:rsidRPr="00787E5C" w:rsidRDefault="00000000">
      <w:pPr>
        <w:rPr>
          <w:lang w:val="ru-RU"/>
        </w:rPr>
      </w:pPr>
      <w:r w:rsidRPr="00787E5C">
        <w:rPr>
          <w:b/>
          <w:lang w:val="ru-RU"/>
        </w:rPr>
        <w:t>8.4. Способы оплаты и кассовый чек.</w:t>
      </w:r>
      <w:r w:rsidRPr="00787E5C">
        <w:rPr>
          <w:lang w:val="ru-RU"/>
        </w:rPr>
        <w:t xml:space="preserve"> Оплата производится одним из способов, указанных на Сайте:</w:t>
      </w:r>
    </w:p>
    <w:p w14:paraId="46461C04" w14:textId="46519AE4" w:rsidR="0056000B" w:rsidRPr="00787E5C" w:rsidRDefault="00000000">
      <w:pPr>
        <w:rPr>
          <w:lang w:val="ru-RU"/>
        </w:rPr>
      </w:pPr>
      <w:r w:rsidRPr="00787E5C">
        <w:rPr>
          <w:b/>
          <w:lang w:val="ru-RU"/>
        </w:rPr>
        <w:t>8.4.1.</w:t>
      </w:r>
      <w:r w:rsidRPr="00787E5C">
        <w:rPr>
          <w:lang w:val="ru-RU"/>
        </w:rPr>
        <w:t xml:space="preserve"> прямым переводом Исполнителю по предоставленным им реквизитам </w:t>
      </w:r>
      <w:r w:rsidR="00787E5C" w:rsidRPr="00787E5C">
        <w:rPr>
          <w:lang w:val="ru-RU"/>
        </w:rPr>
        <w:t>–</w:t>
      </w:r>
      <w:r w:rsidRPr="00787E5C">
        <w:rPr>
          <w:lang w:val="ru-RU"/>
        </w:rPr>
        <w:t xml:space="preserve"> в этом случае кассовый чек формируется Исполнителем самостоятельно средствами </w:t>
      </w:r>
      <w:r w:rsidRPr="00787E5C">
        <w:rPr>
          <w:lang w:val="ru-RU"/>
        </w:rPr>
        <w:lastRenderedPageBreak/>
        <w:t>приложения «Мой налог» в соответствии с законодательством о налоге на профессиональный доход;</w:t>
      </w:r>
    </w:p>
    <w:p w14:paraId="0AAD976E" w14:textId="52795E0E" w:rsidR="0056000B" w:rsidRPr="00787E5C" w:rsidRDefault="00000000">
      <w:pPr>
        <w:rPr>
          <w:lang w:val="ru-RU"/>
        </w:rPr>
      </w:pPr>
      <w:r w:rsidRPr="00787E5C">
        <w:rPr>
          <w:b/>
          <w:lang w:val="ru-RU"/>
        </w:rPr>
        <w:t>8.4.2.</w:t>
      </w:r>
      <w:r w:rsidRPr="00787E5C">
        <w:rPr>
          <w:lang w:val="ru-RU"/>
        </w:rPr>
        <w:t xml:space="preserve"> через сервис приёма платежей (в том числе «</w:t>
      </w:r>
      <w:proofErr w:type="spellStart"/>
      <w:r w:rsidRPr="00787E5C">
        <w:rPr>
          <w:lang w:val="ru-RU"/>
        </w:rPr>
        <w:t>Продамус</w:t>
      </w:r>
      <w:proofErr w:type="spellEnd"/>
      <w:r w:rsidRPr="00787E5C">
        <w:rPr>
          <w:lang w:val="ru-RU"/>
        </w:rPr>
        <w:t xml:space="preserve">») по платёжной ссылке </w:t>
      </w:r>
      <w:r w:rsidR="00787E5C" w:rsidRPr="00787E5C">
        <w:rPr>
          <w:lang w:val="ru-RU"/>
        </w:rPr>
        <w:t>–</w:t>
      </w:r>
      <w:r w:rsidRPr="00787E5C">
        <w:rPr>
          <w:lang w:val="ru-RU"/>
        </w:rPr>
        <w:t xml:space="preserve"> в этом случае формирование расчётных документов обеспечивается таким сервисом.</w:t>
      </w:r>
    </w:p>
    <w:p w14:paraId="4096FF7F" w14:textId="77777777" w:rsidR="0056000B" w:rsidRPr="00787E5C" w:rsidRDefault="00000000">
      <w:pPr>
        <w:rPr>
          <w:lang w:val="ru-RU"/>
        </w:rPr>
      </w:pPr>
      <w:r w:rsidRPr="00787E5C">
        <w:rPr>
          <w:lang w:val="ru-RU"/>
        </w:rPr>
        <w:t>Кассовый чек направляется Заказчику по указанным им контактным данным.</w:t>
      </w:r>
    </w:p>
    <w:p w14:paraId="7BD48F3D" w14:textId="0B35B479" w:rsidR="0056000B" w:rsidRPr="00787E5C" w:rsidRDefault="00000000">
      <w:pPr>
        <w:rPr>
          <w:lang w:val="ru-RU"/>
        </w:rPr>
      </w:pPr>
      <w:r w:rsidRPr="00787E5C">
        <w:rPr>
          <w:b/>
          <w:lang w:val="ru-RU"/>
        </w:rPr>
        <w:t>8.5. Момент оплаты.</w:t>
      </w:r>
      <w:r w:rsidRPr="00787E5C">
        <w:rPr>
          <w:lang w:val="ru-RU"/>
        </w:rPr>
        <w:t xml:space="preserve"> Обязанность Заказчика по оплате считается исполненной с момента поступления денежных средств Исполнителю: при прямом переводе </w:t>
      </w:r>
      <w:r w:rsidR="00787E5C" w:rsidRPr="00787E5C">
        <w:rPr>
          <w:lang w:val="ru-RU"/>
        </w:rPr>
        <w:t>–</w:t>
      </w:r>
      <w:r w:rsidRPr="00787E5C">
        <w:rPr>
          <w:lang w:val="ru-RU"/>
        </w:rPr>
        <w:t xml:space="preserve"> на счёт Исполнителя; при оплате через сервис приёма платежей </w:t>
      </w:r>
      <w:r w:rsidR="00787E5C" w:rsidRPr="00787E5C">
        <w:rPr>
          <w:lang w:val="ru-RU"/>
        </w:rPr>
        <w:t>–</w:t>
      </w:r>
      <w:r w:rsidRPr="00787E5C">
        <w:rPr>
          <w:lang w:val="ru-RU"/>
        </w:rPr>
        <w:t xml:space="preserve"> на счёт такого сервиса в пользу Исполнителя. Комиссия сервиса приёма платежей удерживается таким сервисом и Исполнителю не возвращается; последствия этого при возврате денежных средств определяются разделом 9.</w:t>
      </w:r>
    </w:p>
    <w:p w14:paraId="24880AC7" w14:textId="77777777" w:rsidR="0056000B" w:rsidRPr="00787E5C" w:rsidRDefault="00000000">
      <w:pPr>
        <w:rPr>
          <w:lang w:val="ru-RU"/>
        </w:rPr>
      </w:pPr>
      <w:r w:rsidRPr="00787E5C">
        <w:rPr>
          <w:b/>
          <w:lang w:val="ru-RU"/>
        </w:rPr>
        <w:t>8.6. Рассрочка.</w:t>
      </w:r>
      <w:r w:rsidRPr="00787E5C">
        <w:rPr>
          <w:lang w:val="ru-RU"/>
        </w:rPr>
        <w:t xml:space="preserve"> По отдельным Услугам Исполнитель вправе предложить оплату в рассрочку, предоставляемую сервисом приёма платежей. Рассрочка предоставляется не по всем Услугам и не всем Заказчикам; условия рассрочки определяются соответствующим сервисом, и Заказчик принимает их самостоятельно. При возврате денежных средств по Услуге, оплаченной в рассрочку, суммы, удержанные сервисом или кредитной организацией (комиссии, проценты), Исполнителю не возвращаются и в состав возврата Заказчику не включаются.</w:t>
      </w:r>
    </w:p>
    <w:p w14:paraId="12123243" w14:textId="77777777" w:rsidR="0056000B" w:rsidRPr="00787E5C" w:rsidRDefault="00000000">
      <w:pPr>
        <w:rPr>
          <w:lang w:val="ru-RU"/>
        </w:rPr>
      </w:pPr>
      <w:r w:rsidRPr="00787E5C">
        <w:rPr>
          <w:b/>
          <w:lang w:val="ru-RU"/>
        </w:rPr>
        <w:t>8.7. Скидки.</w:t>
      </w:r>
      <w:r w:rsidRPr="00787E5C">
        <w:rPr>
          <w:lang w:val="ru-RU"/>
        </w:rPr>
        <w:t xml:space="preserve"> Исполнитель вправе предоставлять скидки, в том числе за досрочную оплату Услуги, включая скидку в денежном выражении. Условия скидки объявляются в Описании услуг или при оформлении заказа и применяются одинаково ко всем Заказчикам соответствующей категории. Стоимость Услуги с учётом предоставленной скидки является её итоговой стоимостью для целей расчётов, в том числе при возврате.</w:t>
      </w:r>
    </w:p>
    <w:p w14:paraId="5F1EF022" w14:textId="77777777" w:rsidR="0056000B" w:rsidRPr="00787E5C" w:rsidRDefault="00000000">
      <w:pPr>
        <w:rPr>
          <w:lang w:val="ru-RU"/>
        </w:rPr>
      </w:pPr>
      <w:r w:rsidRPr="00787E5C">
        <w:rPr>
          <w:b/>
          <w:lang w:val="ru-RU"/>
        </w:rPr>
        <w:t>8.8. Дополнительные расходы при выезде за пределы города Москвы.</w:t>
      </w:r>
      <w:r w:rsidRPr="00787E5C">
        <w:rPr>
          <w:lang w:val="ru-RU"/>
        </w:rPr>
        <w:t xml:space="preserve"> Оказание очных Услуг за пределами города Москвы производится по согласованию Сторон. Расходы на проезд, проживание, а также иные расходы, связанные с выездом Исполнителя (проезд, парковка), в этом случае несёт Заказчик. Размер таких расходов согласуется Сторонами до начала оказания Услуги и оплачивается Заказчиком авансом. Расходы на перемещение Исполнителя в пределах города Москвы несёт Исполнитель.</w:t>
      </w:r>
    </w:p>
    <w:p w14:paraId="40EF203E" w14:textId="77777777" w:rsidR="0056000B" w:rsidRPr="00787E5C" w:rsidRDefault="00000000">
      <w:pPr>
        <w:rPr>
          <w:lang w:val="ru-RU"/>
        </w:rPr>
      </w:pPr>
      <w:r w:rsidRPr="00787E5C">
        <w:rPr>
          <w:b/>
          <w:lang w:val="ru-RU"/>
        </w:rPr>
        <w:t>8.9. Валюта расчётов.</w:t>
      </w:r>
      <w:r w:rsidRPr="00787E5C">
        <w:rPr>
          <w:lang w:val="ru-RU"/>
        </w:rPr>
        <w:t xml:space="preserve"> Расчёты производятся в российских рублях. Оплата Заказчиком, находящимся за пределами Российской Федерации, а равно оплата с использованием иностранных платёжных средств, производится по предварительному согласованию с Исполнителем; связанные с такой оплатой </w:t>
      </w:r>
      <w:r w:rsidRPr="00787E5C">
        <w:rPr>
          <w:lang w:val="ru-RU"/>
        </w:rPr>
        <w:lastRenderedPageBreak/>
        <w:t>комиссии и издержки несёт Заказчик. Порядок и условия таких расчётов Стороны согласуют дополнительно с учётом требований применимого законодательства.</w:t>
      </w:r>
    </w:p>
    <w:p w14:paraId="30B4C6D6" w14:textId="77777777" w:rsidR="0056000B" w:rsidRPr="00787E5C" w:rsidRDefault="00000000">
      <w:pPr>
        <w:spacing w:before="280" w:after="160"/>
        <w:rPr>
          <w:lang w:val="ru-RU"/>
        </w:rPr>
      </w:pPr>
      <w:r w:rsidRPr="00787E5C">
        <w:rPr>
          <w:b/>
          <w:sz w:val="26"/>
          <w:lang w:val="ru-RU"/>
        </w:rPr>
        <w:t>9. ОТКАЗ ОТ ДОГОВОРА И ВОЗВРАТ ДЕНЕЖНЫХ СРЕДСТВ</w:t>
      </w:r>
    </w:p>
    <w:p w14:paraId="223CD131" w14:textId="77777777" w:rsidR="0056000B" w:rsidRPr="00787E5C" w:rsidRDefault="00000000">
      <w:pPr>
        <w:rPr>
          <w:lang w:val="ru-RU"/>
        </w:rPr>
      </w:pPr>
      <w:r w:rsidRPr="00787E5C">
        <w:rPr>
          <w:b/>
          <w:lang w:val="ru-RU"/>
        </w:rPr>
        <w:t>9.1. Право на отказ.</w:t>
      </w:r>
      <w:r w:rsidRPr="00787E5C">
        <w:rPr>
          <w:lang w:val="ru-RU"/>
        </w:rPr>
        <w:t xml:space="preserve"> Заказчик вправе отказаться от исполнения договора в любое время до полного оказания Услуги, уведомив Исполнителя по Уполномоченным адресам. При отказе Заказчик оплачивает фактически оказанную часть Услуги и возмещает фактически понесённые Исполнителем расходы; удержание иных сумм не производится. Право Заказчика-Потребителя на отказ, предусмотренное статьёй 32 Закона Российской Федерации «О защите прав потребителей», не может быть ограничено настоящей Офертой.</w:t>
      </w:r>
    </w:p>
    <w:p w14:paraId="1232094A" w14:textId="77777777" w:rsidR="0056000B" w:rsidRPr="00787E5C" w:rsidRDefault="00000000">
      <w:pPr>
        <w:rPr>
          <w:lang w:val="ru-RU"/>
        </w:rPr>
      </w:pPr>
      <w:r w:rsidRPr="00787E5C">
        <w:rPr>
          <w:b/>
          <w:lang w:val="ru-RU"/>
        </w:rPr>
        <w:t>9.2. Расчёт суммы возврата.</w:t>
      </w:r>
      <w:r w:rsidRPr="00787E5C">
        <w:rPr>
          <w:lang w:val="ru-RU"/>
        </w:rPr>
        <w:t xml:space="preserve"> Сумма, подлежащая возврату Заказчику, определяется по формуле:</w:t>
      </w:r>
    </w:p>
    <w:p w14:paraId="249B101C" w14:textId="77777777" w:rsidR="0056000B" w:rsidRPr="00787E5C" w:rsidRDefault="00000000">
      <w:pPr>
        <w:rPr>
          <w:lang w:val="ru-RU"/>
        </w:rPr>
      </w:pPr>
      <w:r w:rsidRPr="00787E5C">
        <w:rPr>
          <w:lang w:val="ru-RU"/>
        </w:rPr>
        <w:t>В = О − Ф − Р − К, где:</w:t>
      </w:r>
    </w:p>
    <w:p w14:paraId="6BC5CCCC" w14:textId="47BDEBD7" w:rsidR="0056000B" w:rsidRPr="00787E5C" w:rsidRDefault="00000000">
      <w:pPr>
        <w:rPr>
          <w:lang w:val="ru-RU"/>
        </w:rPr>
      </w:pPr>
      <w:r w:rsidRPr="00787E5C">
        <w:rPr>
          <w:lang w:val="ru-RU"/>
        </w:rPr>
        <w:t xml:space="preserve">О </w:t>
      </w:r>
      <w:r w:rsidR="00787E5C" w:rsidRPr="00787E5C">
        <w:rPr>
          <w:lang w:val="ru-RU"/>
        </w:rPr>
        <w:t>–</w:t>
      </w:r>
      <w:r w:rsidRPr="00787E5C">
        <w:rPr>
          <w:lang w:val="ru-RU"/>
        </w:rPr>
        <w:t xml:space="preserve"> сумма, фактически оплаченная Заказчиком;</w:t>
      </w:r>
    </w:p>
    <w:p w14:paraId="1E4EAB04" w14:textId="0CB82E50" w:rsidR="0056000B" w:rsidRPr="00787E5C" w:rsidRDefault="00000000">
      <w:pPr>
        <w:rPr>
          <w:lang w:val="ru-RU"/>
        </w:rPr>
      </w:pPr>
      <w:r w:rsidRPr="00787E5C">
        <w:rPr>
          <w:lang w:val="ru-RU"/>
        </w:rPr>
        <w:t xml:space="preserve">Ф </w:t>
      </w:r>
      <w:r w:rsidR="00787E5C" w:rsidRPr="00787E5C">
        <w:rPr>
          <w:lang w:val="ru-RU"/>
        </w:rPr>
        <w:t>–</w:t>
      </w:r>
      <w:r w:rsidRPr="00787E5C">
        <w:rPr>
          <w:lang w:val="ru-RU"/>
        </w:rPr>
        <w:t xml:space="preserve"> стоимость фактически оказанной части Услуги, определяемая по правилам распределения стоимости между Этапами (раздел 6);</w:t>
      </w:r>
    </w:p>
    <w:p w14:paraId="4B038A80" w14:textId="63CBE4D3" w:rsidR="0056000B" w:rsidRPr="00787E5C" w:rsidRDefault="00000000">
      <w:pPr>
        <w:rPr>
          <w:lang w:val="ru-RU"/>
        </w:rPr>
      </w:pPr>
      <w:r w:rsidRPr="00787E5C">
        <w:rPr>
          <w:lang w:val="ru-RU"/>
        </w:rPr>
        <w:t xml:space="preserve">Р </w:t>
      </w:r>
      <w:r w:rsidR="00787E5C" w:rsidRPr="00787E5C">
        <w:rPr>
          <w:lang w:val="ru-RU"/>
        </w:rPr>
        <w:t>–</w:t>
      </w:r>
      <w:r w:rsidRPr="00787E5C">
        <w:rPr>
          <w:lang w:val="ru-RU"/>
        </w:rPr>
        <w:t xml:space="preserve"> фактически понесённые Исполнителем расходы, связанные с исполнением договора, при условии их документального подтверждения;</w:t>
      </w:r>
    </w:p>
    <w:p w14:paraId="61E5265E" w14:textId="0EEAB56B" w:rsidR="0056000B" w:rsidRPr="00787E5C" w:rsidRDefault="00000000">
      <w:pPr>
        <w:rPr>
          <w:lang w:val="ru-RU"/>
        </w:rPr>
      </w:pPr>
      <w:r w:rsidRPr="00787E5C">
        <w:rPr>
          <w:lang w:val="ru-RU"/>
        </w:rPr>
        <w:t xml:space="preserve">К </w:t>
      </w:r>
      <w:r w:rsidR="00787E5C" w:rsidRPr="00787E5C">
        <w:rPr>
          <w:lang w:val="ru-RU"/>
        </w:rPr>
        <w:t>–</w:t>
      </w:r>
      <w:r w:rsidRPr="00787E5C">
        <w:rPr>
          <w:lang w:val="ru-RU"/>
        </w:rPr>
        <w:t xml:space="preserve"> комиссия сервиса приёма платежей, удержанная при оплате и не возвращаемая Исполнителю (пункт 8.5), а при оплате в рассрочку </w:t>
      </w:r>
      <w:r w:rsidR="00787E5C" w:rsidRPr="00787E5C">
        <w:rPr>
          <w:lang w:val="ru-RU"/>
        </w:rPr>
        <w:t>–</w:t>
      </w:r>
      <w:r w:rsidRPr="00787E5C">
        <w:rPr>
          <w:lang w:val="ru-RU"/>
        </w:rPr>
        <w:t xml:space="preserve"> также суммы, удержанные сервисом или кредитной организацией (пункт 8.6);</w:t>
      </w:r>
    </w:p>
    <w:p w14:paraId="2EFDC422" w14:textId="442FF06A" w:rsidR="0056000B" w:rsidRPr="00787E5C" w:rsidRDefault="00000000">
      <w:pPr>
        <w:rPr>
          <w:lang w:val="ru-RU"/>
        </w:rPr>
      </w:pPr>
      <w:r w:rsidRPr="00787E5C">
        <w:rPr>
          <w:lang w:val="ru-RU"/>
        </w:rPr>
        <w:t xml:space="preserve">В </w:t>
      </w:r>
      <w:r w:rsidR="00787E5C" w:rsidRPr="00787E5C">
        <w:rPr>
          <w:lang w:val="ru-RU"/>
        </w:rPr>
        <w:t>–</w:t>
      </w:r>
      <w:r w:rsidRPr="00787E5C">
        <w:rPr>
          <w:lang w:val="ru-RU"/>
        </w:rPr>
        <w:t xml:space="preserve"> сумма к возврату.</w:t>
      </w:r>
    </w:p>
    <w:p w14:paraId="585A19FA" w14:textId="77777777" w:rsidR="0056000B" w:rsidRPr="00787E5C" w:rsidRDefault="00000000">
      <w:pPr>
        <w:rPr>
          <w:lang w:val="ru-RU"/>
        </w:rPr>
      </w:pPr>
      <w:r w:rsidRPr="00787E5C">
        <w:rPr>
          <w:lang w:val="ru-RU"/>
        </w:rPr>
        <w:t>Если результат расчёта равен нулю или отрицателен, возврат не производится.</w:t>
      </w:r>
    </w:p>
    <w:p w14:paraId="13A36C8E" w14:textId="77777777" w:rsidR="0056000B" w:rsidRPr="00787E5C" w:rsidRDefault="00000000">
      <w:pPr>
        <w:rPr>
          <w:lang w:val="ru-RU"/>
        </w:rPr>
      </w:pPr>
      <w:r w:rsidRPr="00787E5C">
        <w:rPr>
          <w:b/>
          <w:lang w:val="ru-RU"/>
        </w:rPr>
        <w:t>9.3. Особенности удержания комиссии.</w:t>
      </w:r>
      <w:r w:rsidRPr="00787E5C">
        <w:rPr>
          <w:lang w:val="ru-RU"/>
        </w:rPr>
        <w:t xml:space="preserve"> Комиссия сервиса приёма платежей (показатель «К») удерживается из суммы возврата в случае отказа Заказчика от договора по его инициативе. Если возврат производится вследствие отказа Исполнителя от договора при отсутствии нарушений со стороны Заказчика либо вследствие невозможности оказания Услуги по обстоятельствам на стороне Исполнителя, комиссию сервиса приёма платежей несёт Исполнитель, и показатель «К» в расчёте не применяется.</w:t>
      </w:r>
    </w:p>
    <w:p w14:paraId="7F884A2A" w14:textId="246B38D3" w:rsidR="0056000B" w:rsidRPr="00787E5C" w:rsidRDefault="00000000">
      <w:pPr>
        <w:rPr>
          <w:lang w:val="ru-RU"/>
        </w:rPr>
      </w:pPr>
      <w:r w:rsidRPr="00787E5C">
        <w:rPr>
          <w:b/>
          <w:lang w:val="ru-RU"/>
        </w:rPr>
        <w:t>9.4. Заявление о возврате.</w:t>
      </w:r>
      <w:r w:rsidRPr="00787E5C">
        <w:rPr>
          <w:lang w:val="ru-RU"/>
        </w:rPr>
        <w:t xml:space="preserve"> Возврат производится на основании заявления Заказчика, направленного по Уполномоченным адресам. В заявлении указываются: фамилия, имя и отчество Заказчика; сведения, позволяющие идентифицировать заказ (наименование Услуги, дата и сумма оплаты). Возврат осуществляется тем же способом, которым была произведена оплата: при оплате через сервис приёма </w:t>
      </w:r>
      <w:r w:rsidRPr="00787E5C">
        <w:rPr>
          <w:lang w:val="ru-RU"/>
        </w:rPr>
        <w:lastRenderedPageBreak/>
        <w:t>платежей (в том числе «</w:t>
      </w:r>
      <w:proofErr w:type="spellStart"/>
      <w:r w:rsidRPr="00787E5C">
        <w:rPr>
          <w:lang w:val="ru-RU"/>
        </w:rPr>
        <w:t>Продамус</w:t>
      </w:r>
      <w:proofErr w:type="spellEnd"/>
      <w:r w:rsidRPr="00787E5C">
        <w:rPr>
          <w:lang w:val="ru-RU"/>
        </w:rPr>
        <w:t xml:space="preserve">») </w:t>
      </w:r>
      <w:r w:rsidR="00787E5C" w:rsidRPr="00787E5C">
        <w:rPr>
          <w:lang w:val="ru-RU"/>
        </w:rPr>
        <w:t>–</w:t>
      </w:r>
      <w:r w:rsidRPr="00787E5C">
        <w:rPr>
          <w:lang w:val="ru-RU"/>
        </w:rPr>
        <w:t xml:space="preserve"> через такой сервис на платёжный инструмент (банковскую карту), с которого поступила оплата; при оплате прямым переводом Исполнителю </w:t>
      </w:r>
      <w:r w:rsidR="00787E5C" w:rsidRPr="00787E5C">
        <w:rPr>
          <w:lang w:val="ru-RU"/>
        </w:rPr>
        <w:t>–</w:t>
      </w:r>
      <w:r w:rsidRPr="00787E5C">
        <w:rPr>
          <w:lang w:val="ru-RU"/>
        </w:rPr>
        <w:t xml:space="preserve"> переводом на счёт, с которого произведена оплата. Банковские реквизиты для возврата Заказчик указывает в заявлении только в случае, когда возврат прежним способом невозможен (в том числе при истечении срока действия карты и (или) её утере). Исполнитель вправе запросить документ, подтверждающий оплату, если это необходимо для проверки заявления.</w:t>
      </w:r>
    </w:p>
    <w:p w14:paraId="2A923182" w14:textId="19AD2555" w:rsidR="0056000B" w:rsidRPr="00787E5C" w:rsidRDefault="00000000">
      <w:pPr>
        <w:rPr>
          <w:lang w:val="ru-RU"/>
        </w:rPr>
      </w:pPr>
      <w:r w:rsidRPr="00787E5C">
        <w:rPr>
          <w:b/>
          <w:lang w:val="ru-RU"/>
        </w:rPr>
        <w:t>9.5. Сроки.</w:t>
      </w:r>
      <w:r w:rsidRPr="00787E5C">
        <w:rPr>
          <w:lang w:val="ru-RU"/>
        </w:rPr>
        <w:t xml:space="preserve"> Исполнитель рассматривает заявление о возврате и производит возврат денежных средств в течение 10 (десяти) календарных дней с момента получения заявления, а при запросе подтверждающих документов </w:t>
      </w:r>
      <w:r w:rsidR="00787E5C" w:rsidRPr="00787E5C">
        <w:rPr>
          <w:lang w:val="ru-RU"/>
        </w:rPr>
        <w:t>–</w:t>
      </w:r>
      <w:r w:rsidRPr="00787E5C">
        <w:rPr>
          <w:lang w:val="ru-RU"/>
        </w:rPr>
        <w:t xml:space="preserve"> с момента их предоставления Заказчиком. Срок зачисления средств на счёт Заказчика зависит от обслуживающего его банка и сервиса приёма платежей и в указанный срок не включается.</w:t>
      </w:r>
    </w:p>
    <w:p w14:paraId="458212A1" w14:textId="77777777" w:rsidR="0056000B" w:rsidRPr="00787E5C" w:rsidRDefault="00000000">
      <w:pPr>
        <w:rPr>
          <w:lang w:val="ru-RU"/>
        </w:rPr>
      </w:pPr>
      <w:r w:rsidRPr="00787E5C">
        <w:rPr>
          <w:b/>
          <w:lang w:val="ru-RU"/>
        </w:rPr>
        <w:t>9.6. Последствия возврата.</w:t>
      </w:r>
      <w:r w:rsidRPr="00787E5C">
        <w:rPr>
          <w:lang w:val="ru-RU"/>
        </w:rPr>
        <w:t xml:space="preserve"> С момента направления Исполнителем решения о возврате доступ Заказчика к Материалам, оплата которых возвращается, прекращается. Возврат оплаты по Услуге, признанной оказанной в соответствии с разделом 7, не производится, за исключением случаев ненадлежащего качества Услуги (раздел 10).</w:t>
      </w:r>
    </w:p>
    <w:p w14:paraId="2A11927E" w14:textId="77777777" w:rsidR="0056000B" w:rsidRPr="00787E5C" w:rsidRDefault="00000000">
      <w:pPr>
        <w:rPr>
          <w:lang w:val="ru-RU"/>
        </w:rPr>
      </w:pPr>
      <w:r w:rsidRPr="00787E5C">
        <w:rPr>
          <w:b/>
          <w:lang w:val="ru-RU"/>
        </w:rPr>
        <w:t>9.7. Отказ Исполнителя от договора.</w:t>
      </w:r>
      <w:r w:rsidRPr="00787E5C">
        <w:rPr>
          <w:lang w:val="ru-RU"/>
        </w:rPr>
        <w:t xml:space="preserve"> Исполнитель вправе отказаться от исполнения договора в одностороннем порядке в случаях, прямо предусмотренных Офертой (в том числе пунктами 11.2.2, 11.3), уведомив Заказчика по Уполномоченным адресам. При отказе Исполнителя по обстоятельствам, не связанным с нарушениями Заказчика, Заказчику возвращается оплата за вычетом стоимости фактически оказанной части Услуги, при этом комиссия сервиса приёма платежей относится на Исполнителя (пункт 9.3). При отказе Исполнителя вследствие нарушений Заказчика применяется пункт 11.3.3.</w:t>
      </w:r>
    </w:p>
    <w:p w14:paraId="7F2DA3BE" w14:textId="77777777" w:rsidR="0056000B" w:rsidRPr="00787E5C" w:rsidRDefault="00000000">
      <w:pPr>
        <w:spacing w:before="280" w:after="160"/>
        <w:rPr>
          <w:lang w:val="ru-RU"/>
        </w:rPr>
      </w:pPr>
      <w:r w:rsidRPr="00787E5C">
        <w:rPr>
          <w:b/>
          <w:sz w:val="26"/>
          <w:lang w:val="ru-RU"/>
        </w:rPr>
        <w:t>10. КАЧЕСТВО УСЛУГ И ПРЕТЕНЗИИ</w:t>
      </w:r>
    </w:p>
    <w:p w14:paraId="14EFA42A" w14:textId="77777777" w:rsidR="0056000B" w:rsidRPr="00787E5C" w:rsidRDefault="00000000">
      <w:pPr>
        <w:rPr>
          <w:lang w:val="ru-RU"/>
        </w:rPr>
      </w:pPr>
      <w:r w:rsidRPr="00787E5C">
        <w:rPr>
          <w:b/>
          <w:lang w:val="ru-RU"/>
        </w:rPr>
        <w:t>10.1. Требования к качеству.</w:t>
      </w:r>
      <w:r w:rsidRPr="00787E5C">
        <w:rPr>
          <w:lang w:val="ru-RU"/>
        </w:rPr>
        <w:t xml:space="preserve"> Исполнитель оказывает Услуги профессионально и добросовестно, в соответствии с их Описанием и обычно предъявляемыми к таким Услугам требованиями. Услуга считается оказанной качественно, если её содержание и объём соответствуют Описанию услуг и условиям настоящей Оферты.</w:t>
      </w:r>
    </w:p>
    <w:p w14:paraId="4879A790" w14:textId="77777777" w:rsidR="0056000B" w:rsidRPr="00787E5C" w:rsidRDefault="00000000">
      <w:pPr>
        <w:rPr>
          <w:lang w:val="ru-RU"/>
        </w:rPr>
      </w:pPr>
      <w:r w:rsidRPr="00787E5C">
        <w:rPr>
          <w:b/>
          <w:lang w:val="ru-RU"/>
        </w:rPr>
        <w:t>10.2. Права Заказчика при недостатках Услуги.</w:t>
      </w:r>
      <w:r w:rsidRPr="00787E5C">
        <w:rPr>
          <w:lang w:val="ru-RU"/>
        </w:rPr>
        <w:t xml:space="preserve"> При обнаружении недостатков оказанной Услуги Заказчик вправе по своему выбору потребовать безвозмездного устранения недостатков либо соразмерного уменьшения стоимости Услуги. Если недостатки существенны или не устранены Исполнителем в разумный срок, Заказчик вправе отказаться от исполнения договора и потребовать возврата </w:t>
      </w:r>
      <w:r w:rsidRPr="00787E5C">
        <w:rPr>
          <w:lang w:val="ru-RU"/>
        </w:rPr>
        <w:lastRenderedPageBreak/>
        <w:t>уплаченных денежных средств. Заказчик-Потребитель пользуется также иными правами, предусмотренными законодательством о защите прав потребителей.</w:t>
      </w:r>
    </w:p>
    <w:p w14:paraId="7E1E2403" w14:textId="77777777" w:rsidR="0056000B" w:rsidRPr="00787E5C" w:rsidRDefault="00000000">
      <w:pPr>
        <w:rPr>
          <w:lang w:val="ru-RU"/>
        </w:rPr>
      </w:pPr>
      <w:r w:rsidRPr="00787E5C">
        <w:rPr>
          <w:b/>
          <w:lang w:val="ru-RU"/>
        </w:rPr>
        <w:t>10.3. Срок предъявления требований по недостаткам.</w:t>
      </w:r>
      <w:r w:rsidRPr="00787E5C">
        <w:rPr>
          <w:lang w:val="ru-RU"/>
        </w:rPr>
        <w:t xml:space="preserve"> Требования, связанные с недостатками Услуги, Заказчик вправе предъявить в ходе её оказания либо в сроки, установленные законодательством о защите прав потребителей. Порядок приёмки Услуг и срок направления мотивированных возражений установлены пунктом 7.3; несоблюдение этого срока не лишает Заказчика-Потребителя прав, предусмотренных законом.</w:t>
      </w:r>
    </w:p>
    <w:p w14:paraId="65588C16" w14:textId="77777777" w:rsidR="0056000B" w:rsidRPr="00787E5C" w:rsidRDefault="00000000">
      <w:pPr>
        <w:rPr>
          <w:lang w:val="ru-RU"/>
        </w:rPr>
      </w:pPr>
      <w:r w:rsidRPr="00787E5C">
        <w:rPr>
          <w:b/>
          <w:lang w:val="ru-RU"/>
        </w:rPr>
        <w:t>10.4. Субъективная оценка не является недостатком.</w:t>
      </w:r>
      <w:r w:rsidRPr="00787E5C">
        <w:rPr>
          <w:lang w:val="ru-RU"/>
        </w:rPr>
        <w:t xml:space="preserve"> Информационно-консультационный характер Услуг предполагает, что их результат может по-разному восприниматься Заказчиком. Несоответствие результата субъективным ожиданиям, вкусам или предпочтениям Заказчика (Получателя услуги), а равно расхождение мнения Заказчика с профессиональным мнением Исполнителя и мнения третьих лиц, не являются недостатками Услуги и не служат основанием для возврата денежных средств по правилам о ненадлежащем качестве. Настоящий пункт не затрагивает права Заказчика на отказ от договора в порядке раздела 9.</w:t>
      </w:r>
    </w:p>
    <w:p w14:paraId="110311B8" w14:textId="77777777" w:rsidR="0056000B" w:rsidRPr="00787E5C" w:rsidRDefault="00000000">
      <w:pPr>
        <w:rPr>
          <w:lang w:val="ru-RU"/>
        </w:rPr>
      </w:pPr>
      <w:r w:rsidRPr="00787E5C">
        <w:rPr>
          <w:b/>
          <w:lang w:val="ru-RU"/>
        </w:rPr>
        <w:t>10.5. Статус информационных и рекламных заявлений.</w:t>
      </w:r>
      <w:r w:rsidRPr="00787E5C">
        <w:rPr>
          <w:lang w:val="ru-RU"/>
        </w:rPr>
        <w:t xml:space="preserve"> Сведения о возможных результатах Услуг, содержащиеся в рекламных, информационных и маркетинговых материалах Исполнителя (на Сайте, в социальных сетях, мессенджерах и иных источниках), носят иллюстративный характер, отражают типичный положительный опыт и не являются гарантией достижения конкретным Заказчиком аналогичного результата. Обязательства Исполнителя определяются настоящей Офертой и Описанием услуг; при расхождении между рекламными материалами и Офертой применяются условия Оферты и Описания услуг.</w:t>
      </w:r>
    </w:p>
    <w:p w14:paraId="3DCB7EA2" w14:textId="77777777" w:rsidR="0056000B" w:rsidRPr="00787E5C" w:rsidRDefault="00000000">
      <w:pPr>
        <w:rPr>
          <w:lang w:val="ru-RU"/>
        </w:rPr>
      </w:pPr>
      <w:r w:rsidRPr="00787E5C">
        <w:rPr>
          <w:b/>
          <w:lang w:val="ru-RU"/>
        </w:rPr>
        <w:t>10.6. Условия достижения результата, зависящие от Заказчика.</w:t>
      </w:r>
      <w:r w:rsidRPr="00787E5C">
        <w:rPr>
          <w:lang w:val="ru-RU"/>
        </w:rPr>
        <w:t xml:space="preserve"> Достижение и сохранение результата Услуг зависят в том числе от действий Заказчика после их оказания. В частности, удобство и скорость подбора образов предполагают поддержание Заказчиком вещей в готовом к использованию состоянии (химчистка, ремонт, подгонка по фигуре) и следование переданным Исполнителем рекомендациям, включая памятку по уходу за вещами. Неисполнение Заказчиком этих условий не является недостатком Услуги.</w:t>
      </w:r>
    </w:p>
    <w:p w14:paraId="42C5EEEF" w14:textId="77777777" w:rsidR="0056000B" w:rsidRPr="00787E5C" w:rsidRDefault="00000000">
      <w:pPr>
        <w:rPr>
          <w:lang w:val="ru-RU"/>
        </w:rPr>
      </w:pPr>
      <w:r w:rsidRPr="00787E5C">
        <w:rPr>
          <w:b/>
          <w:lang w:val="ru-RU"/>
        </w:rPr>
        <w:t>10.7. Претензионный порядок.</w:t>
      </w:r>
      <w:r w:rsidRPr="00787E5C">
        <w:rPr>
          <w:lang w:val="ru-RU"/>
        </w:rPr>
        <w:t xml:space="preserve"> Претензии по качеству направляются Заказчиком по Уполномоченным адресам с описанием выявленных недостатков. Исполнитель рассматривает претензию и направляет ответ в срок, установленный пунктом 20.1. При обоснованности претензии Исполнитель устраняет недостатки или удовлетворяет иное правомерное требование Заказчика в порядке, предусмотренном настоящей Офертой и законодательством.</w:t>
      </w:r>
    </w:p>
    <w:p w14:paraId="3E6C17BF" w14:textId="77777777" w:rsidR="0056000B" w:rsidRPr="00787E5C" w:rsidRDefault="00000000">
      <w:pPr>
        <w:spacing w:before="280" w:after="160"/>
        <w:rPr>
          <w:lang w:val="ru-RU"/>
        </w:rPr>
      </w:pPr>
      <w:r w:rsidRPr="00787E5C">
        <w:rPr>
          <w:b/>
          <w:sz w:val="26"/>
          <w:lang w:val="ru-RU"/>
        </w:rPr>
        <w:t>11. ПРАВА И ОБЯЗАННОСТИ СТОРОН</w:t>
      </w:r>
    </w:p>
    <w:p w14:paraId="53D7DAD2" w14:textId="77777777" w:rsidR="0056000B" w:rsidRPr="00787E5C" w:rsidRDefault="00000000">
      <w:pPr>
        <w:rPr>
          <w:lang w:val="ru-RU"/>
        </w:rPr>
      </w:pPr>
      <w:r w:rsidRPr="00787E5C">
        <w:rPr>
          <w:b/>
          <w:lang w:val="ru-RU"/>
        </w:rPr>
        <w:lastRenderedPageBreak/>
        <w:t>11.1. Исполнитель обязуется:</w:t>
      </w:r>
    </w:p>
    <w:p w14:paraId="1AF27B5D" w14:textId="77777777" w:rsidR="0056000B" w:rsidRPr="00787E5C" w:rsidRDefault="00000000">
      <w:pPr>
        <w:rPr>
          <w:lang w:val="ru-RU"/>
        </w:rPr>
      </w:pPr>
      <w:r w:rsidRPr="00787E5C">
        <w:rPr>
          <w:b/>
          <w:lang w:val="ru-RU"/>
        </w:rPr>
        <w:t>11.1.1.</w:t>
      </w:r>
      <w:r w:rsidRPr="00787E5C">
        <w:rPr>
          <w:lang w:val="ru-RU"/>
        </w:rPr>
        <w:t xml:space="preserve"> оказать Услуги профессионально и добросовестно, в объёме и в сроки, определённые Описанием услуг и настоящей Офертой;</w:t>
      </w:r>
    </w:p>
    <w:p w14:paraId="637366CA" w14:textId="77777777" w:rsidR="0056000B" w:rsidRPr="00787E5C" w:rsidRDefault="00000000">
      <w:pPr>
        <w:rPr>
          <w:lang w:val="ru-RU"/>
        </w:rPr>
      </w:pPr>
      <w:r w:rsidRPr="00787E5C">
        <w:rPr>
          <w:b/>
          <w:lang w:val="ru-RU"/>
        </w:rPr>
        <w:t>11.1.2.</w:t>
      </w:r>
      <w:r w:rsidRPr="00787E5C">
        <w:rPr>
          <w:lang w:val="ru-RU"/>
        </w:rPr>
        <w:t xml:space="preserve"> предоставить Заказчику до заключения договора необходимую и достоверную информацию об Услугах, их потребительских свойствах, стоимости и порядке оказания;</w:t>
      </w:r>
    </w:p>
    <w:p w14:paraId="5D3B4293" w14:textId="52FEA8EF" w:rsidR="0056000B" w:rsidRPr="00787E5C" w:rsidRDefault="00000000">
      <w:pPr>
        <w:rPr>
          <w:lang w:val="ru-RU"/>
        </w:rPr>
      </w:pPr>
      <w:r w:rsidRPr="00787E5C">
        <w:rPr>
          <w:b/>
          <w:lang w:val="ru-RU"/>
        </w:rPr>
        <w:t>11.1.3.</w:t>
      </w:r>
      <w:r w:rsidRPr="00787E5C">
        <w:rPr>
          <w:lang w:val="ru-RU"/>
        </w:rPr>
        <w:t xml:space="preserve"> согласовать с Заказчиком дату и время оказания Услуги, а при изменении согласованных условий по инициативе Исполнителя </w:t>
      </w:r>
      <w:r w:rsidR="00787E5C" w:rsidRPr="00787E5C">
        <w:rPr>
          <w:lang w:val="ru-RU"/>
        </w:rPr>
        <w:t>–</w:t>
      </w:r>
      <w:r w:rsidRPr="00787E5C">
        <w:rPr>
          <w:lang w:val="ru-RU"/>
        </w:rPr>
        <w:t xml:space="preserve"> уведомить Заказчика в порядке пункта 5.7;</w:t>
      </w:r>
    </w:p>
    <w:p w14:paraId="4575F085" w14:textId="77777777" w:rsidR="0056000B" w:rsidRPr="00787E5C" w:rsidRDefault="00000000">
      <w:pPr>
        <w:rPr>
          <w:lang w:val="ru-RU"/>
        </w:rPr>
      </w:pPr>
      <w:r w:rsidRPr="00787E5C">
        <w:rPr>
          <w:b/>
          <w:lang w:val="ru-RU"/>
        </w:rPr>
        <w:t>11.1.4.</w:t>
      </w:r>
      <w:r w:rsidRPr="00787E5C">
        <w:rPr>
          <w:lang w:val="ru-RU"/>
        </w:rPr>
        <w:t xml:space="preserve"> передать Заказчику Материалы либо предоставить доступ к ним в объёме и в порядке, предусмотренных Описанием услуг;</w:t>
      </w:r>
    </w:p>
    <w:p w14:paraId="58990677" w14:textId="77777777" w:rsidR="0056000B" w:rsidRPr="00787E5C" w:rsidRDefault="00000000">
      <w:pPr>
        <w:rPr>
          <w:lang w:val="ru-RU"/>
        </w:rPr>
      </w:pPr>
      <w:r w:rsidRPr="00787E5C">
        <w:rPr>
          <w:b/>
          <w:lang w:val="ru-RU"/>
        </w:rPr>
        <w:t>11.1.5.</w:t>
      </w:r>
      <w:r w:rsidRPr="00787E5C">
        <w:rPr>
          <w:lang w:val="ru-RU"/>
        </w:rPr>
        <w:t xml:space="preserve"> обеспечивать </w:t>
      </w:r>
      <w:proofErr w:type="spellStart"/>
      <w:r w:rsidRPr="00787E5C">
        <w:rPr>
          <w:lang w:val="ru-RU"/>
        </w:rPr>
        <w:t>постуслуговую</w:t>
      </w:r>
      <w:proofErr w:type="spellEnd"/>
      <w:r w:rsidRPr="00787E5C">
        <w:rPr>
          <w:lang w:val="ru-RU"/>
        </w:rPr>
        <w:t xml:space="preserve"> поддержку в пределах, установленных пунктом 7.4;</w:t>
      </w:r>
    </w:p>
    <w:p w14:paraId="0199EF82" w14:textId="77777777" w:rsidR="0056000B" w:rsidRPr="00787E5C" w:rsidRDefault="00000000">
      <w:pPr>
        <w:rPr>
          <w:lang w:val="ru-RU"/>
        </w:rPr>
      </w:pPr>
      <w:r w:rsidRPr="00787E5C">
        <w:rPr>
          <w:b/>
          <w:lang w:val="ru-RU"/>
        </w:rPr>
        <w:t>11.1.6.</w:t>
      </w:r>
      <w:r w:rsidRPr="00787E5C">
        <w:rPr>
          <w:lang w:val="ru-RU"/>
        </w:rPr>
        <w:t xml:space="preserve"> обрабатывать персональные данные Заказчика в соответствии с Сопутствующими документами и законодательством.</w:t>
      </w:r>
    </w:p>
    <w:p w14:paraId="0985ED66" w14:textId="77777777" w:rsidR="0056000B" w:rsidRPr="00787E5C" w:rsidRDefault="00000000">
      <w:pPr>
        <w:rPr>
          <w:lang w:val="ru-RU"/>
        </w:rPr>
      </w:pPr>
      <w:r w:rsidRPr="00787E5C">
        <w:rPr>
          <w:b/>
          <w:lang w:val="ru-RU"/>
        </w:rPr>
        <w:t>11.2. Исполнитель вправе:</w:t>
      </w:r>
    </w:p>
    <w:p w14:paraId="71F12B1C" w14:textId="77777777" w:rsidR="0056000B" w:rsidRPr="00787E5C" w:rsidRDefault="00000000">
      <w:pPr>
        <w:rPr>
          <w:lang w:val="ru-RU"/>
        </w:rPr>
      </w:pPr>
      <w:r w:rsidRPr="00787E5C">
        <w:rPr>
          <w:b/>
          <w:lang w:val="ru-RU"/>
        </w:rPr>
        <w:t>11.2.1.</w:t>
      </w:r>
      <w:r w:rsidRPr="00787E5C">
        <w:rPr>
          <w:lang w:val="ru-RU"/>
        </w:rPr>
        <w:t xml:space="preserve"> требовать от Заказчика предоставления достоверных сведений, Анкеты и материалов, необходимых для оказания Услуги, а также своевременной оплаты;</w:t>
      </w:r>
    </w:p>
    <w:p w14:paraId="4C0FBA55" w14:textId="77777777" w:rsidR="0056000B" w:rsidRPr="00787E5C" w:rsidRDefault="00000000">
      <w:pPr>
        <w:rPr>
          <w:lang w:val="ru-RU"/>
        </w:rPr>
      </w:pPr>
      <w:r w:rsidRPr="00787E5C">
        <w:rPr>
          <w:b/>
          <w:lang w:val="ru-RU"/>
        </w:rPr>
        <w:t>11.2.2.</w:t>
      </w:r>
      <w:r w:rsidRPr="00787E5C">
        <w:rPr>
          <w:lang w:val="ru-RU"/>
        </w:rPr>
        <w:t xml:space="preserve"> не приступать к оказанию Услуги либо приостановить её оказание до внесения предусмотренной оплаты (пункт 8.3) или до предоставления Заказчиком необходимых сведений (пункт 5.3);</w:t>
      </w:r>
    </w:p>
    <w:p w14:paraId="126C395B" w14:textId="77777777" w:rsidR="0056000B" w:rsidRPr="00787E5C" w:rsidRDefault="00000000">
      <w:pPr>
        <w:rPr>
          <w:lang w:val="ru-RU"/>
        </w:rPr>
      </w:pPr>
      <w:r w:rsidRPr="00787E5C">
        <w:rPr>
          <w:b/>
          <w:lang w:val="ru-RU"/>
        </w:rPr>
        <w:t>11.2.3.</w:t>
      </w:r>
      <w:r w:rsidRPr="00787E5C">
        <w:rPr>
          <w:lang w:val="ru-RU"/>
        </w:rPr>
        <w:t xml:space="preserve"> привлекать третьих лиц для выполнения технических и вспомогательных функций (пункт 5.10);</w:t>
      </w:r>
    </w:p>
    <w:p w14:paraId="5CE10FCE" w14:textId="77777777" w:rsidR="0056000B" w:rsidRPr="00787E5C" w:rsidRDefault="00000000">
      <w:pPr>
        <w:rPr>
          <w:lang w:val="ru-RU"/>
        </w:rPr>
      </w:pPr>
      <w:r w:rsidRPr="00787E5C">
        <w:rPr>
          <w:b/>
          <w:lang w:val="ru-RU"/>
        </w:rPr>
        <w:t>11.2.4.</w:t>
      </w:r>
      <w:r w:rsidRPr="00787E5C">
        <w:rPr>
          <w:lang w:val="ru-RU"/>
        </w:rPr>
        <w:t xml:space="preserve"> самостоятельно определять методы и содержание оказания Услуг в пределах их Описания, а также выбирать и изменять Платформу (пункты 1.1.15, 7.5.3);</w:t>
      </w:r>
    </w:p>
    <w:p w14:paraId="41283112" w14:textId="77777777" w:rsidR="0056000B" w:rsidRPr="00787E5C" w:rsidRDefault="00000000">
      <w:pPr>
        <w:rPr>
          <w:lang w:val="ru-RU"/>
        </w:rPr>
      </w:pPr>
      <w:r w:rsidRPr="00787E5C">
        <w:rPr>
          <w:b/>
          <w:lang w:val="ru-RU"/>
        </w:rPr>
        <w:t>11.2.5.</w:t>
      </w:r>
      <w:r w:rsidRPr="00787E5C">
        <w:rPr>
          <w:lang w:val="ru-RU"/>
        </w:rPr>
        <w:t xml:space="preserve"> изменять стоимость Услуг и условия их оказания на будущее в порядке пунктов 8.2 и 19.2;</w:t>
      </w:r>
    </w:p>
    <w:p w14:paraId="3DEF5435" w14:textId="77777777" w:rsidR="0056000B" w:rsidRPr="00787E5C" w:rsidRDefault="00000000">
      <w:pPr>
        <w:rPr>
          <w:lang w:val="ru-RU"/>
        </w:rPr>
      </w:pPr>
      <w:r w:rsidRPr="00787E5C">
        <w:rPr>
          <w:b/>
          <w:lang w:val="ru-RU"/>
        </w:rPr>
        <w:t>11.2.6.</w:t>
      </w:r>
      <w:r w:rsidRPr="00787E5C">
        <w:rPr>
          <w:lang w:val="ru-RU"/>
        </w:rPr>
        <w:t xml:space="preserve"> отказаться от исполнения договора в случаях и в порядке, предусмотренных пунктами 9.7 и 11.3.</w:t>
      </w:r>
    </w:p>
    <w:p w14:paraId="217E58D6" w14:textId="77777777" w:rsidR="0056000B" w:rsidRPr="00787E5C" w:rsidRDefault="00000000">
      <w:pPr>
        <w:rPr>
          <w:lang w:val="ru-RU"/>
        </w:rPr>
      </w:pPr>
      <w:r w:rsidRPr="00787E5C">
        <w:rPr>
          <w:b/>
          <w:lang w:val="ru-RU"/>
        </w:rPr>
        <w:t>11.3. Отказ от договора при недопустимом поведении Заказчика.</w:t>
      </w:r>
    </w:p>
    <w:p w14:paraId="0722CC95" w14:textId="77777777" w:rsidR="0056000B" w:rsidRPr="00787E5C" w:rsidRDefault="00000000">
      <w:pPr>
        <w:rPr>
          <w:lang w:val="ru-RU"/>
        </w:rPr>
      </w:pPr>
      <w:r w:rsidRPr="00787E5C">
        <w:rPr>
          <w:b/>
          <w:lang w:val="ru-RU"/>
        </w:rPr>
        <w:t>11.3.1.</w:t>
      </w:r>
      <w:r w:rsidRPr="00787E5C">
        <w:rPr>
          <w:lang w:val="ru-RU"/>
        </w:rPr>
        <w:t xml:space="preserve"> Стороны взаимодействуют уважительно и добросовестно. Заказчик (Получатель услуги) не допускает в отношении Исполнителя и привлечённых им лиц оскорблений, угроз, нецензурных выражений, дискриминации, а также иного поведения, нарушающего общепринятые нормы этики, препятствующего оказанию Услуг или создающего угрозу нормальной деятельности Исполнителя.</w:t>
      </w:r>
    </w:p>
    <w:p w14:paraId="5D0F2481" w14:textId="3CF8082B" w:rsidR="0056000B" w:rsidRPr="00787E5C" w:rsidRDefault="00000000">
      <w:pPr>
        <w:rPr>
          <w:lang w:val="ru-RU"/>
        </w:rPr>
      </w:pPr>
      <w:r w:rsidRPr="00787E5C">
        <w:rPr>
          <w:b/>
          <w:lang w:val="ru-RU"/>
        </w:rPr>
        <w:lastRenderedPageBreak/>
        <w:t>11.3.2.</w:t>
      </w:r>
      <w:r w:rsidRPr="00787E5C">
        <w:rPr>
          <w:lang w:val="ru-RU"/>
        </w:rPr>
        <w:t xml:space="preserve"> При нарушении Заказчиком (Получателем услуги) требований пункта 11.3.1 Исполнитель вправе приостановить оказание Услуги, а при продолжении или существенном характере нарушения </w:t>
      </w:r>
      <w:r w:rsidR="00787E5C" w:rsidRPr="00787E5C">
        <w:rPr>
          <w:lang w:val="ru-RU"/>
        </w:rPr>
        <w:t>–</w:t>
      </w:r>
      <w:r w:rsidRPr="00787E5C">
        <w:rPr>
          <w:lang w:val="ru-RU"/>
        </w:rPr>
        <w:t xml:space="preserve"> отказаться от исполнения договора в одностороннем порядке, уведомив Заказчика по Уполномоченным адресам.</w:t>
      </w:r>
    </w:p>
    <w:p w14:paraId="28F8416E" w14:textId="77777777" w:rsidR="0056000B" w:rsidRPr="00787E5C" w:rsidRDefault="00000000">
      <w:pPr>
        <w:rPr>
          <w:lang w:val="ru-RU"/>
        </w:rPr>
      </w:pPr>
      <w:r w:rsidRPr="00787E5C">
        <w:rPr>
          <w:b/>
          <w:lang w:val="ru-RU"/>
        </w:rPr>
        <w:t>11.3.3.</w:t>
      </w:r>
      <w:r w:rsidRPr="00787E5C">
        <w:rPr>
          <w:lang w:val="ru-RU"/>
        </w:rPr>
        <w:t xml:space="preserve"> При отказе Исполнителя от договора по основанию настоящего пункта фактически оказанная часть Услуги оплате подлежит и возврату не влечёт; неоказанная часть Услуги возвращается Заказчику в порядке пункта 9.2 за вычетом стоимости фактически оказанной части. Право Исполнителя на возмещение убытков сохраняется.</w:t>
      </w:r>
    </w:p>
    <w:p w14:paraId="56F2E743" w14:textId="77777777" w:rsidR="0056000B" w:rsidRPr="00787E5C" w:rsidRDefault="00000000">
      <w:pPr>
        <w:rPr>
          <w:lang w:val="ru-RU"/>
        </w:rPr>
      </w:pPr>
      <w:r w:rsidRPr="00787E5C">
        <w:rPr>
          <w:b/>
          <w:lang w:val="ru-RU"/>
        </w:rPr>
        <w:t>11.4. Заказчик обязуется:</w:t>
      </w:r>
    </w:p>
    <w:p w14:paraId="3F9EC810" w14:textId="77777777" w:rsidR="0056000B" w:rsidRPr="00787E5C" w:rsidRDefault="00000000">
      <w:pPr>
        <w:rPr>
          <w:lang w:val="ru-RU"/>
        </w:rPr>
      </w:pPr>
      <w:r w:rsidRPr="00787E5C">
        <w:rPr>
          <w:b/>
          <w:lang w:val="ru-RU"/>
        </w:rPr>
        <w:t>11.4.1.</w:t>
      </w:r>
      <w:r w:rsidRPr="00787E5C">
        <w:rPr>
          <w:lang w:val="ru-RU"/>
        </w:rPr>
        <w:t xml:space="preserve"> до совершения Акцепта ознакомиться с Офертой и Описанием выбранной Услуги;</w:t>
      </w:r>
    </w:p>
    <w:p w14:paraId="496DD5AB" w14:textId="77777777" w:rsidR="0056000B" w:rsidRPr="00787E5C" w:rsidRDefault="00000000">
      <w:pPr>
        <w:rPr>
          <w:lang w:val="ru-RU"/>
        </w:rPr>
      </w:pPr>
      <w:r w:rsidRPr="00787E5C">
        <w:rPr>
          <w:b/>
          <w:lang w:val="ru-RU"/>
        </w:rPr>
        <w:t>11.4.2.</w:t>
      </w:r>
      <w:r w:rsidRPr="00787E5C">
        <w:rPr>
          <w:lang w:val="ru-RU"/>
        </w:rPr>
        <w:t xml:space="preserve"> предоставлять достоверные и полные сведения, Анкету, фотографии и иные материалы, необходимые для оказания Услуги, и своевременно уведомлять об изменении своих контактных данных;</w:t>
      </w:r>
    </w:p>
    <w:p w14:paraId="15AAE262" w14:textId="77777777" w:rsidR="0056000B" w:rsidRPr="00787E5C" w:rsidRDefault="00000000">
      <w:pPr>
        <w:rPr>
          <w:lang w:val="ru-RU"/>
        </w:rPr>
      </w:pPr>
      <w:r w:rsidRPr="00787E5C">
        <w:rPr>
          <w:b/>
          <w:lang w:val="ru-RU"/>
        </w:rPr>
        <w:t>11.4.3.</w:t>
      </w:r>
      <w:r w:rsidRPr="00787E5C">
        <w:rPr>
          <w:lang w:val="ru-RU"/>
        </w:rPr>
        <w:t xml:space="preserve"> оплачивать Услуги в порядке и сроки, предусмотренные разделом 8;</w:t>
      </w:r>
    </w:p>
    <w:p w14:paraId="57BB743C" w14:textId="77777777" w:rsidR="0056000B" w:rsidRPr="00787E5C" w:rsidRDefault="00000000">
      <w:pPr>
        <w:rPr>
          <w:lang w:val="ru-RU"/>
        </w:rPr>
      </w:pPr>
      <w:r w:rsidRPr="00787E5C">
        <w:rPr>
          <w:b/>
          <w:lang w:val="ru-RU"/>
        </w:rPr>
        <w:t>11.4.4.</w:t>
      </w:r>
      <w:r w:rsidRPr="00787E5C">
        <w:rPr>
          <w:lang w:val="ru-RU"/>
        </w:rPr>
        <w:t xml:space="preserve"> соблюдать согласованные дату и время оказания Услуги, а также правила переноса и отмены (пункты 5.5, 5.6);</w:t>
      </w:r>
    </w:p>
    <w:p w14:paraId="4D670933" w14:textId="3F682FE4" w:rsidR="0056000B" w:rsidRPr="00787E5C" w:rsidRDefault="00000000">
      <w:pPr>
        <w:rPr>
          <w:lang w:val="ru-RU"/>
        </w:rPr>
      </w:pPr>
      <w:r w:rsidRPr="00787E5C">
        <w:rPr>
          <w:b/>
          <w:lang w:val="ru-RU"/>
        </w:rPr>
        <w:t>11.4.5.</w:t>
      </w:r>
      <w:r w:rsidRPr="00787E5C">
        <w:rPr>
          <w:lang w:val="ru-RU"/>
        </w:rPr>
        <w:t xml:space="preserve"> обеспечивать условия, необходимые для оказания Услуги, и готовность вещей к использованию (пункт 5.8), а для дистанционных Услуг </w:t>
      </w:r>
      <w:r w:rsidR="00787E5C" w:rsidRPr="00787E5C">
        <w:rPr>
          <w:lang w:val="ru-RU"/>
        </w:rPr>
        <w:t>–</w:t>
      </w:r>
      <w:r w:rsidRPr="00787E5C">
        <w:rPr>
          <w:lang w:val="ru-RU"/>
        </w:rPr>
        <w:t xml:space="preserve"> исправность оборудования и связи на своей стороне (пункт 5.9);</w:t>
      </w:r>
    </w:p>
    <w:p w14:paraId="04D8B67C" w14:textId="77777777" w:rsidR="0056000B" w:rsidRPr="00787E5C" w:rsidRDefault="00000000">
      <w:pPr>
        <w:rPr>
          <w:lang w:val="ru-RU"/>
        </w:rPr>
      </w:pPr>
      <w:r w:rsidRPr="00787E5C">
        <w:rPr>
          <w:b/>
          <w:lang w:val="ru-RU"/>
        </w:rPr>
        <w:t>11.4.6.</w:t>
      </w:r>
      <w:r w:rsidRPr="00787E5C">
        <w:rPr>
          <w:lang w:val="ru-RU"/>
        </w:rPr>
        <w:t xml:space="preserve"> соблюдать права Исполнителя на результаты интеллектуальной деятельности (раздел 13);</w:t>
      </w:r>
    </w:p>
    <w:p w14:paraId="08DD5511" w14:textId="77777777" w:rsidR="0056000B" w:rsidRPr="00787E5C" w:rsidRDefault="00000000">
      <w:pPr>
        <w:rPr>
          <w:lang w:val="ru-RU"/>
        </w:rPr>
      </w:pPr>
      <w:r w:rsidRPr="00787E5C">
        <w:rPr>
          <w:b/>
          <w:lang w:val="ru-RU"/>
        </w:rPr>
        <w:t>11.4.7.</w:t>
      </w:r>
      <w:r w:rsidRPr="00787E5C">
        <w:rPr>
          <w:lang w:val="ru-RU"/>
        </w:rPr>
        <w:t xml:space="preserve"> взаимодействовать с Исполнителем уважительно и добросовестно (пункт 11.3.1).</w:t>
      </w:r>
    </w:p>
    <w:p w14:paraId="2E15327C" w14:textId="77777777" w:rsidR="0056000B" w:rsidRPr="00787E5C" w:rsidRDefault="00000000">
      <w:pPr>
        <w:rPr>
          <w:lang w:val="ru-RU"/>
        </w:rPr>
      </w:pPr>
      <w:r w:rsidRPr="00787E5C">
        <w:rPr>
          <w:b/>
          <w:lang w:val="ru-RU"/>
        </w:rPr>
        <w:t>11.5. Заказчик вправе:</w:t>
      </w:r>
    </w:p>
    <w:p w14:paraId="7E3E998F" w14:textId="77777777" w:rsidR="0056000B" w:rsidRPr="00787E5C" w:rsidRDefault="00000000">
      <w:pPr>
        <w:rPr>
          <w:lang w:val="ru-RU"/>
        </w:rPr>
      </w:pPr>
      <w:r w:rsidRPr="00787E5C">
        <w:rPr>
          <w:b/>
          <w:lang w:val="ru-RU"/>
        </w:rPr>
        <w:t>11.5.1.</w:t>
      </w:r>
      <w:r w:rsidRPr="00787E5C">
        <w:rPr>
          <w:lang w:val="ru-RU"/>
        </w:rPr>
        <w:t xml:space="preserve"> получать Услуги в объёме и в сроки, предусмотренные Описанием услуг и настоящей Офертой;</w:t>
      </w:r>
    </w:p>
    <w:p w14:paraId="4295ECF9" w14:textId="77777777" w:rsidR="0056000B" w:rsidRPr="00787E5C" w:rsidRDefault="00000000">
      <w:pPr>
        <w:rPr>
          <w:lang w:val="ru-RU"/>
        </w:rPr>
      </w:pPr>
      <w:r w:rsidRPr="00787E5C">
        <w:rPr>
          <w:b/>
          <w:lang w:val="ru-RU"/>
        </w:rPr>
        <w:t>11.5.2.</w:t>
      </w:r>
      <w:r w:rsidRPr="00787E5C">
        <w:rPr>
          <w:lang w:val="ru-RU"/>
        </w:rPr>
        <w:t xml:space="preserve"> получать разъяснения и рекомендации по вопросам, связанным с оказанием Услуги, в том числе в порядке </w:t>
      </w:r>
      <w:proofErr w:type="spellStart"/>
      <w:r w:rsidRPr="00787E5C">
        <w:rPr>
          <w:lang w:val="ru-RU"/>
        </w:rPr>
        <w:t>постуслуговой</w:t>
      </w:r>
      <w:proofErr w:type="spellEnd"/>
      <w:r w:rsidRPr="00787E5C">
        <w:rPr>
          <w:lang w:val="ru-RU"/>
        </w:rPr>
        <w:t xml:space="preserve"> поддержки (пункт 7.4);</w:t>
      </w:r>
    </w:p>
    <w:p w14:paraId="0CB0E733" w14:textId="77777777" w:rsidR="0056000B" w:rsidRPr="00787E5C" w:rsidRDefault="00000000">
      <w:pPr>
        <w:rPr>
          <w:lang w:val="ru-RU"/>
        </w:rPr>
      </w:pPr>
      <w:r w:rsidRPr="00787E5C">
        <w:rPr>
          <w:b/>
          <w:lang w:val="ru-RU"/>
        </w:rPr>
        <w:t>11.5.3.</w:t>
      </w:r>
      <w:r w:rsidRPr="00787E5C">
        <w:rPr>
          <w:lang w:val="ru-RU"/>
        </w:rPr>
        <w:t xml:space="preserve"> отказаться от исполнения договора в порядке раздела 9;</w:t>
      </w:r>
    </w:p>
    <w:p w14:paraId="79A241BA" w14:textId="77777777" w:rsidR="0056000B" w:rsidRPr="00787E5C" w:rsidRDefault="00000000">
      <w:pPr>
        <w:rPr>
          <w:lang w:val="ru-RU"/>
        </w:rPr>
      </w:pPr>
      <w:r w:rsidRPr="00787E5C">
        <w:rPr>
          <w:b/>
          <w:lang w:val="ru-RU"/>
        </w:rPr>
        <w:t>11.5.4.</w:t>
      </w:r>
      <w:r w:rsidRPr="00787E5C">
        <w:rPr>
          <w:lang w:val="ru-RU"/>
        </w:rPr>
        <w:t xml:space="preserve"> предъявлять требования, связанные с недостатками Услуги, в порядке раздела 10;</w:t>
      </w:r>
    </w:p>
    <w:p w14:paraId="60C0713B" w14:textId="77777777" w:rsidR="0056000B" w:rsidRPr="00787E5C" w:rsidRDefault="00000000">
      <w:pPr>
        <w:rPr>
          <w:lang w:val="ru-RU"/>
        </w:rPr>
      </w:pPr>
      <w:r w:rsidRPr="00787E5C">
        <w:rPr>
          <w:b/>
          <w:lang w:val="ru-RU"/>
        </w:rPr>
        <w:t>11.5.5.</w:t>
      </w:r>
      <w:r w:rsidRPr="00787E5C">
        <w:rPr>
          <w:lang w:val="ru-RU"/>
        </w:rPr>
        <w:t xml:space="preserve"> приобрести Услугу в пользу третьего лица (пункт 3.4).</w:t>
      </w:r>
    </w:p>
    <w:p w14:paraId="51C4DD98" w14:textId="77777777" w:rsidR="0056000B" w:rsidRPr="00787E5C" w:rsidRDefault="00000000">
      <w:pPr>
        <w:spacing w:before="280" w:after="160"/>
        <w:rPr>
          <w:lang w:val="ru-RU"/>
        </w:rPr>
      </w:pPr>
      <w:r w:rsidRPr="00787E5C">
        <w:rPr>
          <w:b/>
          <w:sz w:val="26"/>
          <w:lang w:val="ru-RU"/>
        </w:rPr>
        <w:lastRenderedPageBreak/>
        <w:t>12. ОТВЕТСТВЕННОСТЬ СТОРОН</w:t>
      </w:r>
    </w:p>
    <w:p w14:paraId="0875DF0C" w14:textId="77777777" w:rsidR="0056000B" w:rsidRPr="00787E5C" w:rsidRDefault="00000000">
      <w:pPr>
        <w:rPr>
          <w:lang w:val="ru-RU"/>
        </w:rPr>
      </w:pPr>
      <w:r w:rsidRPr="00787E5C">
        <w:rPr>
          <w:b/>
          <w:lang w:val="ru-RU"/>
        </w:rPr>
        <w:t>12.1. Общие основания.</w:t>
      </w:r>
      <w:r w:rsidRPr="00787E5C">
        <w:rPr>
          <w:lang w:val="ru-RU"/>
        </w:rPr>
        <w:t xml:space="preserve">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с учётом условий настоящей Оферты.</w:t>
      </w:r>
    </w:p>
    <w:p w14:paraId="2CFA8622" w14:textId="77777777" w:rsidR="0056000B" w:rsidRPr="00787E5C" w:rsidRDefault="00000000">
      <w:pPr>
        <w:rPr>
          <w:lang w:val="ru-RU"/>
        </w:rPr>
      </w:pPr>
      <w:r w:rsidRPr="00787E5C">
        <w:rPr>
          <w:b/>
          <w:lang w:val="ru-RU"/>
        </w:rPr>
        <w:t>12.2. Пределы ответственности Исполнителя.</w:t>
      </w:r>
      <w:r w:rsidRPr="00787E5C">
        <w:rPr>
          <w:lang w:val="ru-RU"/>
        </w:rPr>
        <w:t xml:space="preserve"> Исполнитель отвечает за надлежащее оказание Услуг в объёме, определённом Описанием услуг и настоящей Офертой. Ответственность Исполнителя перед Заказчиком, не являющимся Потребителем, ограничивается стоимостью соответствующей Услуги; ответственность Исполнителя перед Заказчиком-Потребителем определяется законодательством о защите прав потребителей.</w:t>
      </w:r>
    </w:p>
    <w:p w14:paraId="21F897BA" w14:textId="77777777" w:rsidR="0056000B" w:rsidRPr="00787E5C" w:rsidRDefault="00000000">
      <w:pPr>
        <w:rPr>
          <w:lang w:val="ru-RU"/>
        </w:rPr>
      </w:pPr>
      <w:r w:rsidRPr="00787E5C">
        <w:rPr>
          <w:b/>
          <w:lang w:val="ru-RU"/>
        </w:rPr>
        <w:t>12.3. Обстоятельства, за которые Исполнитель не отвечает.</w:t>
      </w:r>
      <w:r w:rsidRPr="00787E5C">
        <w:rPr>
          <w:lang w:val="ru-RU"/>
        </w:rPr>
        <w:t xml:space="preserve"> Исполнитель не несёт ответственности за:</w:t>
      </w:r>
    </w:p>
    <w:p w14:paraId="58E17816" w14:textId="3778ADA4" w:rsidR="0056000B" w:rsidRPr="00787E5C" w:rsidRDefault="00000000">
      <w:pPr>
        <w:rPr>
          <w:lang w:val="ru-RU"/>
        </w:rPr>
      </w:pPr>
      <w:r w:rsidRPr="00787E5C">
        <w:rPr>
          <w:b/>
          <w:lang w:val="ru-RU"/>
        </w:rPr>
        <w:t>12.3.1.</w:t>
      </w:r>
      <w:r w:rsidRPr="00787E5C">
        <w:rPr>
          <w:lang w:val="ru-RU"/>
        </w:rPr>
        <w:t xml:space="preserve"> несоответствие результата Услуги субъективным ожиданиям, вкусам или предпочтениям Заказчика (Получателя услуги) </w:t>
      </w:r>
      <w:r w:rsidR="00787E5C" w:rsidRPr="00787E5C">
        <w:rPr>
          <w:lang w:val="ru-RU"/>
        </w:rPr>
        <w:t>–</w:t>
      </w:r>
      <w:r w:rsidRPr="00787E5C">
        <w:rPr>
          <w:lang w:val="ru-RU"/>
        </w:rPr>
        <w:t xml:space="preserve"> с учётом пункта 10.4;</w:t>
      </w:r>
    </w:p>
    <w:p w14:paraId="5CC8C2B3" w14:textId="77777777" w:rsidR="0056000B" w:rsidRPr="00787E5C" w:rsidRDefault="00000000">
      <w:pPr>
        <w:rPr>
          <w:lang w:val="ru-RU"/>
        </w:rPr>
      </w:pPr>
      <w:r w:rsidRPr="00787E5C">
        <w:rPr>
          <w:b/>
          <w:lang w:val="ru-RU"/>
        </w:rPr>
        <w:t>12.3.2.</w:t>
      </w:r>
      <w:r w:rsidRPr="00787E5C">
        <w:rPr>
          <w:lang w:val="ru-RU"/>
        </w:rPr>
        <w:t xml:space="preserve"> решения, принятые Заказчиком на основании рекомендаций Исполнителя, и их последствия; выбор о применении рекомендаций Заказчик делает самостоятельно;</w:t>
      </w:r>
    </w:p>
    <w:p w14:paraId="1CE23DA6" w14:textId="77777777" w:rsidR="0056000B" w:rsidRPr="00787E5C" w:rsidRDefault="00000000">
      <w:pPr>
        <w:rPr>
          <w:lang w:val="ru-RU"/>
        </w:rPr>
      </w:pPr>
      <w:r w:rsidRPr="00787E5C">
        <w:rPr>
          <w:b/>
          <w:lang w:val="ru-RU"/>
        </w:rPr>
        <w:t>12.3.3.</w:t>
      </w:r>
      <w:r w:rsidRPr="00787E5C">
        <w:rPr>
          <w:lang w:val="ru-RU"/>
        </w:rPr>
        <w:t xml:space="preserve"> невозможность оказания Услуги или её ненадлежащее качество, вызванные предоставлением Заказчиком недостоверных или неполных сведений, а равно непредоставлением необходимых материалов (пункты 5.2, 5.3);</w:t>
      </w:r>
    </w:p>
    <w:p w14:paraId="2E63BD02" w14:textId="77777777" w:rsidR="0056000B" w:rsidRPr="00787E5C" w:rsidRDefault="00000000">
      <w:pPr>
        <w:rPr>
          <w:lang w:val="ru-RU"/>
        </w:rPr>
      </w:pPr>
      <w:r w:rsidRPr="00787E5C">
        <w:rPr>
          <w:b/>
          <w:lang w:val="ru-RU"/>
        </w:rPr>
        <w:t>12.3.4.</w:t>
      </w:r>
      <w:r w:rsidRPr="00787E5C">
        <w:rPr>
          <w:lang w:val="ru-RU"/>
        </w:rPr>
        <w:t xml:space="preserve"> невозможность получения Услуги или доступа к Материалам по причинам на стороне Заказчика, в том числе вследствие неисправности его оборудования, программного обеспечения или связи (пункт 5.9);</w:t>
      </w:r>
    </w:p>
    <w:p w14:paraId="4356B5F1" w14:textId="77777777" w:rsidR="0056000B" w:rsidRPr="00787E5C" w:rsidRDefault="00000000">
      <w:pPr>
        <w:rPr>
          <w:lang w:val="ru-RU"/>
        </w:rPr>
      </w:pPr>
      <w:r w:rsidRPr="00787E5C">
        <w:rPr>
          <w:b/>
          <w:lang w:val="ru-RU"/>
        </w:rPr>
        <w:t>12.3.5.</w:t>
      </w:r>
      <w:r w:rsidRPr="00787E5C">
        <w:rPr>
          <w:lang w:val="ru-RU"/>
        </w:rPr>
        <w:t xml:space="preserve"> перебои в работе Платформы, обеспечиваемой третьими лицами, а также ограничение или прекращение доступа к такой Платформе по не зависящим от Исполнителя причинам, с учётом права Исполнителя перенести Материалы на иную Платформу (пункт 7.5.3);</w:t>
      </w:r>
    </w:p>
    <w:p w14:paraId="708EAB93" w14:textId="77777777" w:rsidR="0056000B" w:rsidRPr="00787E5C" w:rsidRDefault="00000000">
      <w:pPr>
        <w:rPr>
          <w:lang w:val="ru-RU"/>
        </w:rPr>
      </w:pPr>
      <w:r w:rsidRPr="00787E5C">
        <w:rPr>
          <w:b/>
          <w:lang w:val="ru-RU"/>
        </w:rPr>
        <w:t>12.3.6.</w:t>
      </w:r>
      <w:r w:rsidRPr="00787E5C">
        <w:rPr>
          <w:lang w:val="ru-RU"/>
        </w:rPr>
        <w:t xml:space="preserve"> состояние вещей Заказчика и их готовность к использованию, обеспечение которой возложено на Заказчика (пункты 5.8, 10.6).</w:t>
      </w:r>
    </w:p>
    <w:p w14:paraId="2C591C1E" w14:textId="77777777" w:rsidR="0056000B" w:rsidRPr="00787E5C" w:rsidRDefault="00000000">
      <w:pPr>
        <w:rPr>
          <w:lang w:val="ru-RU"/>
        </w:rPr>
      </w:pPr>
      <w:r w:rsidRPr="00787E5C">
        <w:rPr>
          <w:b/>
          <w:lang w:val="ru-RU"/>
        </w:rPr>
        <w:t>12.4. Отсутствие гарантии субъективного результата.</w:t>
      </w:r>
      <w:r w:rsidRPr="00787E5C">
        <w:rPr>
          <w:lang w:val="ru-RU"/>
        </w:rPr>
        <w:t xml:space="preserve"> Услуги носят информационно-консультационный характер. Исполнитель обеспечивает профессиональный уровень их оказания, но не гарантирует достижения Заказчиком конкретного субъективного результата, поскольку он зависит в том числе от индивидуальных особенностей, действий и последующего поведения Заказчика (пункты 2.6, 10.5, 10.6).</w:t>
      </w:r>
    </w:p>
    <w:p w14:paraId="71986C29" w14:textId="77777777" w:rsidR="0056000B" w:rsidRPr="00787E5C" w:rsidRDefault="00000000">
      <w:pPr>
        <w:rPr>
          <w:lang w:val="ru-RU"/>
        </w:rPr>
      </w:pPr>
      <w:r w:rsidRPr="00787E5C">
        <w:rPr>
          <w:b/>
          <w:lang w:val="ru-RU"/>
        </w:rPr>
        <w:t>12.5. Ответственность Заказчика.</w:t>
      </w:r>
      <w:r w:rsidRPr="00787E5C">
        <w:rPr>
          <w:lang w:val="ru-RU"/>
        </w:rPr>
        <w:t xml:space="preserve"> Заказчик несёт ответственность за:</w:t>
      </w:r>
    </w:p>
    <w:p w14:paraId="7F7A42BF" w14:textId="77777777" w:rsidR="0056000B" w:rsidRPr="00787E5C" w:rsidRDefault="00000000">
      <w:pPr>
        <w:rPr>
          <w:lang w:val="ru-RU"/>
        </w:rPr>
      </w:pPr>
      <w:r w:rsidRPr="00787E5C">
        <w:rPr>
          <w:b/>
          <w:lang w:val="ru-RU"/>
        </w:rPr>
        <w:lastRenderedPageBreak/>
        <w:t>12.5.1.</w:t>
      </w:r>
      <w:r w:rsidRPr="00787E5C">
        <w:rPr>
          <w:lang w:val="ru-RU"/>
        </w:rPr>
        <w:t xml:space="preserve"> достоверность и полноту предоставленных сведений и материалов; при предоставлении недостоверных или ошибочных данных Исполнитель не отвечает за оказание Услуги ненадлежащим образом или за направление информации по ошибочно указанным данным;</w:t>
      </w:r>
    </w:p>
    <w:p w14:paraId="105FA222" w14:textId="77777777" w:rsidR="0056000B" w:rsidRPr="00787E5C" w:rsidRDefault="00000000">
      <w:pPr>
        <w:rPr>
          <w:lang w:val="ru-RU"/>
        </w:rPr>
      </w:pPr>
      <w:r w:rsidRPr="00787E5C">
        <w:rPr>
          <w:b/>
          <w:lang w:val="ru-RU"/>
        </w:rPr>
        <w:t>12.5.2.</w:t>
      </w:r>
      <w:r w:rsidRPr="00787E5C">
        <w:rPr>
          <w:lang w:val="ru-RU"/>
        </w:rPr>
        <w:t xml:space="preserve"> своевременную и полную оплату Услуг;</w:t>
      </w:r>
    </w:p>
    <w:p w14:paraId="3FDBB8DC" w14:textId="77777777" w:rsidR="0056000B" w:rsidRPr="00787E5C" w:rsidRDefault="00000000">
      <w:pPr>
        <w:rPr>
          <w:lang w:val="ru-RU"/>
        </w:rPr>
      </w:pPr>
      <w:r w:rsidRPr="00787E5C">
        <w:rPr>
          <w:b/>
          <w:lang w:val="ru-RU"/>
        </w:rPr>
        <w:t>12.5.3.</w:t>
      </w:r>
      <w:r w:rsidRPr="00787E5C">
        <w:rPr>
          <w:lang w:val="ru-RU"/>
        </w:rPr>
        <w:t xml:space="preserve"> соблюдение прав Исполнителя на результаты интеллектуальной деятельности (раздел 13);</w:t>
      </w:r>
    </w:p>
    <w:p w14:paraId="6B4FA6D6" w14:textId="77777777" w:rsidR="0056000B" w:rsidRPr="00787E5C" w:rsidRDefault="00000000">
      <w:pPr>
        <w:rPr>
          <w:lang w:val="ru-RU"/>
        </w:rPr>
      </w:pPr>
      <w:r w:rsidRPr="00787E5C">
        <w:rPr>
          <w:b/>
          <w:lang w:val="ru-RU"/>
        </w:rPr>
        <w:t>12.5.4.</w:t>
      </w:r>
      <w:r w:rsidRPr="00787E5C">
        <w:rPr>
          <w:lang w:val="ru-RU"/>
        </w:rPr>
        <w:t xml:space="preserve"> действия Получателя услуги, если Услуга приобретена в пользу третьего лица (пункт 3.4).</w:t>
      </w:r>
    </w:p>
    <w:p w14:paraId="69C0548E" w14:textId="77777777" w:rsidR="0056000B" w:rsidRPr="00787E5C" w:rsidRDefault="00000000">
      <w:pPr>
        <w:rPr>
          <w:lang w:val="ru-RU"/>
        </w:rPr>
      </w:pPr>
      <w:r w:rsidRPr="00787E5C">
        <w:rPr>
          <w:b/>
          <w:lang w:val="ru-RU"/>
        </w:rPr>
        <w:t>12.6. Освобождение от ответственности.</w:t>
      </w:r>
      <w:r w:rsidRPr="00787E5C">
        <w:rPr>
          <w:lang w:val="ru-RU"/>
        </w:rPr>
        <w:t xml:space="preserve"> Стороны освобождаются от ответственности за неисполнение или ненадлежащее исполнение обязательств, если оно вызвано обстоятельствами непреодолимой силы, в порядке раздела 17.</w:t>
      </w:r>
    </w:p>
    <w:p w14:paraId="1278AC52" w14:textId="77777777" w:rsidR="0056000B" w:rsidRPr="00787E5C" w:rsidRDefault="00000000">
      <w:pPr>
        <w:spacing w:before="280" w:after="160"/>
        <w:rPr>
          <w:lang w:val="ru-RU"/>
        </w:rPr>
      </w:pPr>
      <w:r w:rsidRPr="00787E5C">
        <w:rPr>
          <w:b/>
          <w:sz w:val="26"/>
          <w:lang w:val="ru-RU"/>
        </w:rPr>
        <w:t>13. ИНТЕЛЛЕКТУАЛЬНАЯ СОБСТВЕННОСТЬ</w:t>
      </w:r>
    </w:p>
    <w:p w14:paraId="3A778C5F" w14:textId="77777777" w:rsidR="0056000B" w:rsidRPr="00787E5C" w:rsidRDefault="00000000">
      <w:pPr>
        <w:rPr>
          <w:lang w:val="ru-RU"/>
        </w:rPr>
      </w:pPr>
      <w:r w:rsidRPr="00787E5C">
        <w:rPr>
          <w:b/>
          <w:lang w:val="ru-RU"/>
        </w:rPr>
        <w:t>13.1. Права Исполнителя.</w:t>
      </w:r>
      <w:r w:rsidRPr="00787E5C">
        <w:rPr>
          <w:lang w:val="ru-RU"/>
        </w:rPr>
        <w:t xml:space="preserve"> Исключительные права на Материалы, а также на содержание Сайта (тексты, фотографии, презентации, дизайн, структуру) принадлежат Исполнителю. Передача Заказчику Материалов или предоставление доступа к ним не влечёт перехода к Заказчику исключительных прав.</w:t>
      </w:r>
    </w:p>
    <w:p w14:paraId="1750F666" w14:textId="77777777" w:rsidR="0056000B" w:rsidRPr="00787E5C" w:rsidRDefault="00000000">
      <w:pPr>
        <w:rPr>
          <w:lang w:val="ru-RU"/>
        </w:rPr>
      </w:pPr>
      <w:r w:rsidRPr="00787E5C">
        <w:rPr>
          <w:b/>
          <w:lang w:val="ru-RU"/>
        </w:rPr>
        <w:t>13.2. Объём прав Заказчика.</w:t>
      </w:r>
      <w:r w:rsidRPr="00787E5C">
        <w:rPr>
          <w:lang w:val="ru-RU"/>
        </w:rPr>
        <w:t xml:space="preserve"> Заказчику предоставляется право использовать полученные Материалы исключительно в личных целях, не связанных с извлечением прибыли, без права передачи их третьим лицам. Право использования предоставляется на срок доступа к Материалам (пункт 7.5) и в пределах территории Российской Федерации.</w:t>
      </w:r>
    </w:p>
    <w:p w14:paraId="18097163" w14:textId="77777777" w:rsidR="0056000B" w:rsidRPr="00787E5C" w:rsidRDefault="00000000">
      <w:pPr>
        <w:rPr>
          <w:lang w:val="ru-RU"/>
        </w:rPr>
      </w:pPr>
      <w:r w:rsidRPr="00787E5C">
        <w:rPr>
          <w:b/>
          <w:lang w:val="ru-RU"/>
        </w:rPr>
        <w:t>13.3. Запрещённые действия.</w:t>
      </w:r>
      <w:r w:rsidRPr="00787E5C">
        <w:rPr>
          <w:lang w:val="ru-RU"/>
        </w:rPr>
        <w:t xml:space="preserve"> Без предварительного письменного согласия Исполнителя Заказчику запрещается:</w:t>
      </w:r>
    </w:p>
    <w:p w14:paraId="3D4F9DA2" w14:textId="77777777" w:rsidR="0056000B" w:rsidRPr="00787E5C" w:rsidRDefault="00000000">
      <w:pPr>
        <w:rPr>
          <w:lang w:val="ru-RU"/>
        </w:rPr>
      </w:pPr>
      <w:r w:rsidRPr="00787E5C">
        <w:rPr>
          <w:b/>
          <w:lang w:val="ru-RU"/>
        </w:rPr>
        <w:t>13.3.1.</w:t>
      </w:r>
      <w:r w:rsidRPr="00787E5C">
        <w:rPr>
          <w:lang w:val="ru-RU"/>
        </w:rPr>
        <w:t xml:space="preserve"> воспроизводить, копировать, распространять, публиковать и доводить Материалы до всеобщего сведения полностью или в части;</w:t>
      </w:r>
    </w:p>
    <w:p w14:paraId="325F324F" w14:textId="77777777" w:rsidR="0056000B" w:rsidRPr="00787E5C" w:rsidRDefault="00000000">
      <w:pPr>
        <w:rPr>
          <w:lang w:val="ru-RU"/>
        </w:rPr>
      </w:pPr>
      <w:r w:rsidRPr="00787E5C">
        <w:rPr>
          <w:b/>
          <w:lang w:val="ru-RU"/>
        </w:rPr>
        <w:t>13.3.2.</w:t>
      </w:r>
      <w:r w:rsidRPr="00787E5C">
        <w:rPr>
          <w:lang w:val="ru-RU"/>
        </w:rPr>
        <w:t xml:space="preserve"> перерабатывать Материалы, создавать на их основе производные продукты, а также осуществлять их расшифровку (перевод аудио- и видеоматериалов в текст) и перевод на другие языки;</w:t>
      </w:r>
    </w:p>
    <w:p w14:paraId="0919CE1B" w14:textId="77777777" w:rsidR="0056000B" w:rsidRPr="00787E5C" w:rsidRDefault="00000000">
      <w:pPr>
        <w:rPr>
          <w:lang w:val="ru-RU"/>
        </w:rPr>
      </w:pPr>
      <w:r w:rsidRPr="00787E5C">
        <w:rPr>
          <w:b/>
          <w:lang w:val="ru-RU"/>
        </w:rPr>
        <w:t>13.3.3.</w:t>
      </w:r>
      <w:r w:rsidRPr="00787E5C">
        <w:rPr>
          <w:lang w:val="ru-RU"/>
        </w:rPr>
        <w:t xml:space="preserve"> использовать Материалы и содержащиеся в них сведения в коммерческих целях, в том числе для оказания однородных услуг, проведения консультаций, занятий и создания конкурирующих продуктов;</w:t>
      </w:r>
    </w:p>
    <w:p w14:paraId="3E048746" w14:textId="77777777" w:rsidR="0056000B" w:rsidRPr="00787E5C" w:rsidRDefault="00000000">
      <w:pPr>
        <w:rPr>
          <w:lang w:val="ru-RU"/>
        </w:rPr>
      </w:pPr>
      <w:r w:rsidRPr="00787E5C">
        <w:rPr>
          <w:b/>
          <w:lang w:val="ru-RU"/>
        </w:rPr>
        <w:t>13.3.4.</w:t>
      </w:r>
      <w:r w:rsidRPr="00787E5C">
        <w:rPr>
          <w:lang w:val="ru-RU"/>
        </w:rPr>
        <w:t xml:space="preserve"> предоставлять доступ к Материалам, а также к Платформе или личному кабинету третьим лицам, в том числе размещать Материалы на сервисах совместных покупок.</w:t>
      </w:r>
    </w:p>
    <w:p w14:paraId="4EC65B60" w14:textId="77777777" w:rsidR="0056000B" w:rsidRPr="00787E5C" w:rsidRDefault="00000000">
      <w:pPr>
        <w:rPr>
          <w:lang w:val="ru-RU"/>
        </w:rPr>
      </w:pPr>
      <w:r w:rsidRPr="00787E5C">
        <w:rPr>
          <w:lang w:val="ru-RU"/>
        </w:rPr>
        <w:lastRenderedPageBreak/>
        <w:t>Настоящий пункт не ограничивает право Заказчика применять полученные знания и рекомендации для собственных личных нужд.</w:t>
      </w:r>
    </w:p>
    <w:p w14:paraId="2AAC4EA3" w14:textId="77777777" w:rsidR="0056000B" w:rsidRPr="00787E5C" w:rsidRDefault="00000000">
      <w:pPr>
        <w:rPr>
          <w:lang w:val="ru-RU"/>
        </w:rPr>
      </w:pPr>
      <w:r w:rsidRPr="00787E5C">
        <w:rPr>
          <w:b/>
          <w:lang w:val="ru-RU"/>
        </w:rPr>
        <w:t>13.4.</w:t>
      </w:r>
      <w:r w:rsidRPr="00787E5C">
        <w:rPr>
          <w:lang w:val="ru-RU"/>
        </w:rPr>
        <w:t xml:space="preserve"> В случае нарушения исключительных прав Исполнителя на Материалы Исполнитель вправе потребовать по своему выбору: возмещения убытков; либо выплаты компенсации в размере от 10 000 до 5 000 000 рублей, определяемом судом исходя из характера нарушения (статья 1301 Гражданского кодекса Российской Федерации); либо выплаты компенсации в двукратном размере стоимости права использования соответствующего Материала, определяемой исходя из цены, которая при сравнимых обстоятельствах обычно взимается Исполнителем за правомерное использование (статья 1301 Гражданского кодекса Российской Федерации).</w:t>
      </w:r>
    </w:p>
    <w:p w14:paraId="2F51981C" w14:textId="77777777" w:rsidR="0056000B" w:rsidRPr="00787E5C" w:rsidRDefault="00000000">
      <w:pPr>
        <w:rPr>
          <w:lang w:val="ru-RU"/>
        </w:rPr>
      </w:pPr>
      <w:r w:rsidRPr="00787E5C">
        <w:rPr>
          <w:b/>
          <w:lang w:val="ru-RU"/>
        </w:rPr>
        <w:t>13.5. Аудио- и видеозапись.</w:t>
      </w:r>
      <w:r w:rsidRPr="00787E5C">
        <w:rPr>
          <w:lang w:val="ru-RU"/>
        </w:rPr>
        <w:t xml:space="preserve"> В ходе оказания Услуг Заказчик вправе вести конспект (делать письменные заметки). Аудио- и видеозапись процесса оказания Услуг, а также запись трансляций мероприятий допускаются только с предварительного письменного согласия Исполнителя.</w:t>
      </w:r>
    </w:p>
    <w:p w14:paraId="68453C4B" w14:textId="77777777" w:rsidR="0056000B" w:rsidRPr="00787E5C" w:rsidRDefault="00000000">
      <w:pPr>
        <w:spacing w:before="280" w:after="160"/>
        <w:rPr>
          <w:lang w:val="ru-RU"/>
        </w:rPr>
      </w:pPr>
      <w:r w:rsidRPr="00787E5C">
        <w:rPr>
          <w:b/>
          <w:sz w:val="26"/>
          <w:lang w:val="ru-RU"/>
        </w:rPr>
        <w:t>14. ПЕРСОНАЛЬНЫЕ ДАННЫЕ И ИЗОБРАЖЕНИЕ ГРАЖДАНИНА</w:t>
      </w:r>
    </w:p>
    <w:p w14:paraId="4326E615" w14:textId="77777777" w:rsidR="0056000B" w:rsidRPr="00787E5C" w:rsidRDefault="00000000">
      <w:pPr>
        <w:rPr>
          <w:lang w:val="ru-RU"/>
        </w:rPr>
      </w:pPr>
      <w:r w:rsidRPr="00787E5C">
        <w:rPr>
          <w:b/>
          <w:lang w:val="ru-RU"/>
        </w:rPr>
        <w:t>14.1. Регулирование обработки.</w:t>
      </w:r>
      <w:r w:rsidRPr="00787E5C">
        <w:rPr>
          <w:lang w:val="ru-RU"/>
        </w:rPr>
        <w:t xml:space="preserve"> Обработка персональных данных Заказчика (Получателя услуги) осуществляется на основании и на условиях Сопутствующих документов (пункт 21.4), размещённых на Сайте. Указанные документы не входят в предмет настоящей Оферты и применяются самостоятельно. Акцепт Оферты сам по себе не является согласием на обработку персональных данных: такое согласие оформляется отдельно в случаях, когда оно требуется по закону.</w:t>
      </w:r>
    </w:p>
    <w:p w14:paraId="46558F7E" w14:textId="77777777" w:rsidR="0056000B" w:rsidRPr="00787E5C" w:rsidRDefault="00000000">
      <w:pPr>
        <w:rPr>
          <w:lang w:val="ru-RU"/>
        </w:rPr>
      </w:pPr>
      <w:r w:rsidRPr="00787E5C">
        <w:rPr>
          <w:b/>
          <w:lang w:val="ru-RU"/>
        </w:rPr>
        <w:t>14.2. Сведения о здоровье.</w:t>
      </w:r>
      <w:r w:rsidRPr="00787E5C">
        <w:rPr>
          <w:lang w:val="ru-RU"/>
        </w:rPr>
        <w:t xml:space="preserve"> Исполнитель не запрашивает у Заказчика (Получателя услуги) сведений о состоянии здоровья и не осуществляет их целенаправленной обработки. Сведения, сообщённые Заказчиком по собственной инициативе, Исполнитель использует исключительно в пределах, необходимых для подбора образа, и в соответствии с Сопутствующими документами.</w:t>
      </w:r>
    </w:p>
    <w:p w14:paraId="5B6EA2C6" w14:textId="77777777" w:rsidR="0056000B" w:rsidRPr="00787E5C" w:rsidRDefault="00000000">
      <w:pPr>
        <w:rPr>
          <w:lang w:val="ru-RU"/>
        </w:rPr>
      </w:pPr>
      <w:r w:rsidRPr="00787E5C">
        <w:rPr>
          <w:b/>
          <w:lang w:val="ru-RU"/>
        </w:rPr>
        <w:t>14.3. Фотоматериалы и публикация результата.</w:t>
      </w:r>
      <w:r w:rsidRPr="00787E5C">
        <w:rPr>
          <w:lang w:val="ru-RU"/>
        </w:rPr>
        <w:t xml:space="preserve"> Фотографии предметов гардероба, необходимые для оказания Услуги, обрабатываются Исполнителем в целях её оказания. Размещение изображения Заказчика (Получателя услуги), а также результатов Услуг и отзывов, позволяющих идентифицировать лицо, в портфолио Исполнителя, на Сайте и в социальных сетях осуществляется только на основании отдельного согласия, оформляемого в соответствии со статьёй 152.1 Гражданского кодекса Российской Федерации и статьёй 10.1 Федерального закона «О персональных данных». При отсутствии такого согласия публикация не производится; обезличенные отзывы публикуются в порядке пункта 15.4.</w:t>
      </w:r>
    </w:p>
    <w:p w14:paraId="3E676324" w14:textId="77777777" w:rsidR="0056000B" w:rsidRPr="00787E5C" w:rsidRDefault="00000000">
      <w:pPr>
        <w:rPr>
          <w:lang w:val="ru-RU"/>
        </w:rPr>
      </w:pPr>
      <w:r w:rsidRPr="00787E5C">
        <w:rPr>
          <w:b/>
          <w:lang w:val="ru-RU"/>
        </w:rPr>
        <w:lastRenderedPageBreak/>
        <w:t>14.4. Рекламные сообщения.</w:t>
      </w:r>
      <w:r w:rsidRPr="00787E5C">
        <w:rPr>
          <w:lang w:val="ru-RU"/>
        </w:rPr>
        <w:t xml:space="preserve"> Направление Заказчику рекламно-информационных сообщений осуществляется только при наличии отдельно выраженного согласия на их получение и может быть прекращено по требованию Заказчика в любое время.</w:t>
      </w:r>
    </w:p>
    <w:p w14:paraId="1F53346C" w14:textId="77777777" w:rsidR="0056000B" w:rsidRPr="00787E5C" w:rsidRDefault="00000000">
      <w:pPr>
        <w:spacing w:before="280" w:after="160"/>
        <w:rPr>
          <w:lang w:val="ru-RU"/>
        </w:rPr>
      </w:pPr>
      <w:r w:rsidRPr="00787E5C">
        <w:rPr>
          <w:b/>
          <w:sz w:val="26"/>
          <w:lang w:val="ru-RU"/>
        </w:rPr>
        <w:t>15. КОНФИДЕНЦИАЛЬНОСТЬ</w:t>
      </w:r>
    </w:p>
    <w:p w14:paraId="560ECCA1" w14:textId="77777777" w:rsidR="0056000B" w:rsidRPr="00787E5C" w:rsidRDefault="00000000">
      <w:pPr>
        <w:rPr>
          <w:lang w:val="ru-RU"/>
        </w:rPr>
      </w:pPr>
      <w:r w:rsidRPr="00787E5C">
        <w:rPr>
          <w:b/>
          <w:lang w:val="ru-RU"/>
        </w:rPr>
        <w:t>15.1. Конфиденциальная информация.</w:t>
      </w:r>
      <w:r w:rsidRPr="00787E5C">
        <w:rPr>
          <w:lang w:val="ru-RU"/>
        </w:rPr>
        <w:t xml:space="preserve"> Стороны признают конфиденциальной информацию, ставшую известной им в связи с заключением и исполнением договора, в том числе: сведения о гардеробе, образе жизни, финансовых возможностях, предпочтениях и личных обстоятельствах Заказчика (Получателя услуги); содержание рекомендаций, Материалов и методик Исполнителя; условия сотрудничества, не размещённые в открытом доступе. Обработка персональных данных настоящим разделом не регулируется и осуществляется в соответствии с разделом 14 и Сопутствующими документами.</w:t>
      </w:r>
    </w:p>
    <w:p w14:paraId="10CD1B93" w14:textId="77777777" w:rsidR="0056000B" w:rsidRPr="00787E5C" w:rsidRDefault="00000000">
      <w:pPr>
        <w:rPr>
          <w:lang w:val="ru-RU"/>
        </w:rPr>
      </w:pPr>
      <w:r w:rsidRPr="00787E5C">
        <w:rPr>
          <w:b/>
          <w:lang w:val="ru-RU"/>
        </w:rPr>
        <w:t>15.2. Обязанности Сторон.</w:t>
      </w:r>
      <w:r w:rsidRPr="00787E5C">
        <w:rPr>
          <w:lang w:val="ru-RU"/>
        </w:rPr>
        <w:t xml:space="preserve"> Каждая Сторона обязуется не раскрывать конфиденциальную информацию третьим лицам и не использовать её в целях, не связанных с исполнением договора, без предварительного согласия другой Стороны, а также принимать разумные меры для её защиты.</w:t>
      </w:r>
    </w:p>
    <w:p w14:paraId="27A79D23" w14:textId="77777777" w:rsidR="0056000B" w:rsidRPr="00787E5C" w:rsidRDefault="00000000">
      <w:pPr>
        <w:rPr>
          <w:lang w:val="ru-RU"/>
        </w:rPr>
      </w:pPr>
      <w:r w:rsidRPr="00787E5C">
        <w:rPr>
          <w:b/>
          <w:lang w:val="ru-RU"/>
        </w:rPr>
        <w:t>15.3. Исключения.</w:t>
      </w:r>
      <w:r w:rsidRPr="00787E5C">
        <w:rPr>
          <w:lang w:val="ru-RU"/>
        </w:rPr>
        <w:t xml:space="preserve"> Не является нарушением обязанностей по настоящему разделу раскрытие информации, которая:</w:t>
      </w:r>
    </w:p>
    <w:p w14:paraId="64440D2C" w14:textId="77777777" w:rsidR="0056000B" w:rsidRPr="00787E5C" w:rsidRDefault="00000000">
      <w:pPr>
        <w:rPr>
          <w:lang w:val="ru-RU"/>
        </w:rPr>
      </w:pPr>
      <w:r w:rsidRPr="00787E5C">
        <w:rPr>
          <w:b/>
          <w:lang w:val="ru-RU"/>
        </w:rPr>
        <w:t>15.3.1.</w:t>
      </w:r>
      <w:r w:rsidRPr="00787E5C">
        <w:rPr>
          <w:lang w:val="ru-RU"/>
        </w:rPr>
        <w:t xml:space="preserve"> на момент раскрытия является общедоступной или стала таковой не вследствие нарушения одной из Сторон;</w:t>
      </w:r>
    </w:p>
    <w:p w14:paraId="21BA3970" w14:textId="77777777" w:rsidR="0056000B" w:rsidRPr="00787E5C" w:rsidRDefault="00000000">
      <w:pPr>
        <w:rPr>
          <w:lang w:val="ru-RU"/>
        </w:rPr>
      </w:pPr>
      <w:r w:rsidRPr="00787E5C">
        <w:rPr>
          <w:b/>
          <w:lang w:val="ru-RU"/>
        </w:rPr>
        <w:t>15.3.2.</w:t>
      </w:r>
      <w:r w:rsidRPr="00787E5C">
        <w:rPr>
          <w:lang w:val="ru-RU"/>
        </w:rPr>
        <w:t xml:space="preserve"> раскрывается по требованию суда или уполномоченного государственного органа в установленном законом порядке;</w:t>
      </w:r>
    </w:p>
    <w:p w14:paraId="003A391C" w14:textId="77777777" w:rsidR="0056000B" w:rsidRPr="00787E5C" w:rsidRDefault="00000000">
      <w:pPr>
        <w:rPr>
          <w:lang w:val="ru-RU"/>
        </w:rPr>
      </w:pPr>
      <w:r w:rsidRPr="00787E5C">
        <w:rPr>
          <w:b/>
          <w:lang w:val="ru-RU"/>
        </w:rPr>
        <w:t>15.3.3.</w:t>
      </w:r>
      <w:r w:rsidRPr="00787E5C">
        <w:rPr>
          <w:lang w:val="ru-RU"/>
        </w:rPr>
        <w:t xml:space="preserve"> раскрывается Исполнителем в объёме, необходимом для привлечения третьих лиц к выполнению технических функций (пункт 5.10), при условии принятия ими соответствующих обязательств;</w:t>
      </w:r>
    </w:p>
    <w:p w14:paraId="54AD9C38" w14:textId="77777777" w:rsidR="0056000B" w:rsidRPr="00787E5C" w:rsidRDefault="00000000">
      <w:pPr>
        <w:rPr>
          <w:lang w:val="ru-RU"/>
        </w:rPr>
      </w:pPr>
      <w:r w:rsidRPr="00787E5C">
        <w:rPr>
          <w:b/>
          <w:lang w:val="ru-RU"/>
        </w:rPr>
        <w:t>15.3.4.</w:t>
      </w:r>
      <w:r w:rsidRPr="00787E5C">
        <w:rPr>
          <w:lang w:val="ru-RU"/>
        </w:rPr>
        <w:t xml:space="preserve"> раскрывается с предварительного согласия Стороны, которой она принадлежит, в том числе публикуется на основании согласия, предусмотренного пунктом 14.3.</w:t>
      </w:r>
    </w:p>
    <w:p w14:paraId="234F0144" w14:textId="77777777" w:rsidR="0056000B" w:rsidRPr="00787E5C" w:rsidRDefault="00000000">
      <w:pPr>
        <w:rPr>
          <w:lang w:val="ru-RU"/>
        </w:rPr>
      </w:pPr>
      <w:r w:rsidRPr="00787E5C">
        <w:rPr>
          <w:b/>
          <w:lang w:val="ru-RU"/>
        </w:rPr>
        <w:t>15.4. Отзывы.</w:t>
      </w:r>
      <w:r w:rsidRPr="00787E5C">
        <w:rPr>
          <w:lang w:val="ru-RU"/>
        </w:rPr>
        <w:t xml:space="preserve"> Исполнитель вправе публиковать отзывы Заказчика об Услугах без раскрытия сведений, позволяющих идентифицировать Заказчика, если иное не предусмотрено отдельным согласием на публикацию (пункт 14.3).</w:t>
      </w:r>
    </w:p>
    <w:p w14:paraId="28F0454D" w14:textId="77777777" w:rsidR="0056000B" w:rsidRPr="00787E5C" w:rsidRDefault="00000000">
      <w:pPr>
        <w:rPr>
          <w:lang w:val="ru-RU"/>
        </w:rPr>
      </w:pPr>
      <w:r w:rsidRPr="00787E5C">
        <w:rPr>
          <w:b/>
          <w:lang w:val="ru-RU"/>
        </w:rPr>
        <w:t>15.5. Срок.</w:t>
      </w:r>
      <w:r w:rsidRPr="00787E5C">
        <w:rPr>
          <w:lang w:val="ru-RU"/>
        </w:rPr>
        <w:t xml:space="preserve"> Обязанности по сохранению конфиденциальности действуют в течение срока действия договора и в течение 3 (трёх) лет после его прекращения.</w:t>
      </w:r>
    </w:p>
    <w:p w14:paraId="249F6C46" w14:textId="3FEEB670" w:rsidR="0056000B" w:rsidRPr="00787E5C" w:rsidRDefault="00000000">
      <w:pPr>
        <w:spacing w:before="280" w:after="160"/>
        <w:rPr>
          <w:lang w:val="ru-RU"/>
        </w:rPr>
      </w:pPr>
      <w:r w:rsidRPr="00787E5C">
        <w:rPr>
          <w:b/>
          <w:sz w:val="26"/>
          <w:lang w:val="ru-RU"/>
        </w:rPr>
        <w:t xml:space="preserve">16. ОСОБЫЕ УСЛОВИЯ ДЛЯ ЗАКАЗЧИКОВ </w:t>
      </w:r>
      <w:r w:rsidR="00787E5C" w:rsidRPr="00787E5C">
        <w:rPr>
          <w:b/>
          <w:sz w:val="26"/>
          <w:lang w:val="ru-RU"/>
        </w:rPr>
        <w:t>–</w:t>
      </w:r>
      <w:r w:rsidRPr="00787E5C">
        <w:rPr>
          <w:b/>
          <w:sz w:val="26"/>
          <w:lang w:val="ru-RU"/>
        </w:rPr>
        <w:t xml:space="preserve"> ЮРИДИЧЕСКИХ ЛИЦ И ИНДИВИДУАЛЬНЫХ ПРЕДПРИНИМАТЕЛЕЙ</w:t>
      </w:r>
    </w:p>
    <w:p w14:paraId="13096FFB" w14:textId="77777777" w:rsidR="0056000B" w:rsidRPr="00787E5C" w:rsidRDefault="00000000">
      <w:pPr>
        <w:rPr>
          <w:lang w:val="ru-RU"/>
        </w:rPr>
      </w:pPr>
      <w:r w:rsidRPr="00787E5C">
        <w:rPr>
          <w:b/>
          <w:lang w:val="ru-RU"/>
        </w:rPr>
        <w:lastRenderedPageBreak/>
        <w:t>16.1. Сфера применения раздела.</w:t>
      </w:r>
      <w:r w:rsidRPr="00787E5C">
        <w:rPr>
          <w:lang w:val="ru-RU"/>
        </w:rPr>
        <w:t xml:space="preserve"> Настоящий раздел применяется к отношениям, в которых Заказчиком является:</w:t>
      </w:r>
    </w:p>
    <w:p w14:paraId="6C19ACA6" w14:textId="755C50F6" w:rsidR="0056000B" w:rsidRPr="00787E5C" w:rsidRDefault="00787E5C">
      <w:pPr>
        <w:rPr>
          <w:lang w:val="ru-RU"/>
        </w:rPr>
      </w:pPr>
      <w:r w:rsidRPr="00787E5C">
        <w:rPr>
          <w:lang w:val="ru-RU"/>
        </w:rPr>
        <w:t>–</w:t>
      </w:r>
      <w:r w:rsidR="00000000" w:rsidRPr="00787E5C">
        <w:rPr>
          <w:lang w:val="ru-RU"/>
        </w:rPr>
        <w:t xml:space="preserve"> юридическое лицо </w:t>
      </w:r>
      <w:r w:rsidRPr="00787E5C">
        <w:rPr>
          <w:lang w:val="ru-RU"/>
        </w:rPr>
        <w:t>–</w:t>
      </w:r>
      <w:r w:rsidR="00000000" w:rsidRPr="00787E5C">
        <w:rPr>
          <w:lang w:val="ru-RU"/>
        </w:rPr>
        <w:t xml:space="preserve"> независимо от цели приобретения Услуг; либо</w:t>
      </w:r>
    </w:p>
    <w:p w14:paraId="30014C8C" w14:textId="5FB58A7E" w:rsidR="0056000B" w:rsidRPr="00787E5C" w:rsidRDefault="00787E5C">
      <w:pPr>
        <w:rPr>
          <w:lang w:val="ru-RU"/>
        </w:rPr>
      </w:pPr>
      <w:r w:rsidRPr="00787E5C">
        <w:rPr>
          <w:lang w:val="ru-RU"/>
        </w:rPr>
        <w:t>–</w:t>
      </w:r>
      <w:r w:rsidR="00000000" w:rsidRPr="00787E5C">
        <w:rPr>
          <w:lang w:val="ru-RU"/>
        </w:rPr>
        <w:t xml:space="preserve"> индивидуальный предприниматель, приобретающий Услуги для целей, связанных с осуществлением предпринимательской деятельности (в частности, стилизация для съёмок, записи подкастов, участия в выставках и иных мероприятиях).</w:t>
      </w:r>
    </w:p>
    <w:p w14:paraId="3CE27472" w14:textId="77777777" w:rsidR="0056000B" w:rsidRPr="00787E5C" w:rsidRDefault="00000000">
      <w:pPr>
        <w:rPr>
          <w:lang w:val="ru-RU"/>
        </w:rPr>
      </w:pPr>
      <w:r w:rsidRPr="00787E5C">
        <w:rPr>
          <w:lang w:val="ru-RU"/>
        </w:rPr>
        <w:t>К таким отношениям законодательство Российской Федерации о защите прав потребителей не применяется.</w:t>
      </w:r>
    </w:p>
    <w:p w14:paraId="569A0E3B" w14:textId="77777777" w:rsidR="0056000B" w:rsidRPr="00787E5C" w:rsidRDefault="00000000">
      <w:pPr>
        <w:rPr>
          <w:lang w:val="ru-RU"/>
        </w:rPr>
      </w:pPr>
      <w:r w:rsidRPr="00787E5C">
        <w:rPr>
          <w:lang w:val="ru-RU"/>
        </w:rPr>
        <w:t>Если индивидуальный предприниматель или физическое лицо приобретает Услуги для личных, семейных, домашних или иных нужд, не связанных с осуществлением предпринимательской деятельности, такой Заказчик является Потребителем (пункт 1.1.7); настоящий раздел к нему не применяется, а предусмотренные Офертой и законодательством права Потребителя сохраняются в полном объёме.</w:t>
      </w:r>
    </w:p>
    <w:p w14:paraId="6F20DEF3" w14:textId="3968E1CE" w:rsidR="0056000B" w:rsidRPr="00787E5C" w:rsidRDefault="00000000">
      <w:pPr>
        <w:rPr>
          <w:lang w:val="ru-RU"/>
        </w:rPr>
      </w:pPr>
      <w:r w:rsidRPr="00787E5C">
        <w:rPr>
          <w:b/>
          <w:lang w:val="ru-RU"/>
        </w:rPr>
        <w:t>16.2. Приёмка и акт оказанных услуг.</w:t>
      </w:r>
      <w:r w:rsidRPr="00787E5C">
        <w:rPr>
          <w:lang w:val="ru-RU"/>
        </w:rPr>
        <w:t xml:space="preserve"> По требованию Заказчика </w:t>
      </w:r>
      <w:r w:rsidR="00787E5C" w:rsidRPr="00787E5C">
        <w:rPr>
          <w:lang w:val="ru-RU"/>
        </w:rPr>
        <w:t>–</w:t>
      </w:r>
      <w:r w:rsidRPr="00787E5C">
        <w:rPr>
          <w:lang w:val="ru-RU"/>
        </w:rPr>
        <w:t xml:space="preserve"> юридического лица или индивидуального предпринимателя </w:t>
      </w:r>
      <w:r w:rsidR="00787E5C" w:rsidRPr="00787E5C">
        <w:rPr>
          <w:lang w:val="ru-RU"/>
        </w:rPr>
        <w:t>–</w:t>
      </w:r>
      <w:r w:rsidRPr="00787E5C">
        <w:rPr>
          <w:lang w:val="ru-RU"/>
        </w:rPr>
        <w:t xml:space="preserve"> Исполнитель составляет и направляет акт оказанных услуг. Заказчик обязан подписать акт либо направить мотивированные возражения в течение 5 (пяти) рабочих дней с момента его получения. Если в указанный срок акт не подписан и мотивированные возражения не направлены, Услуги считаются оказанными надлежащим образом и принятыми в полном объёме. При отсутствии требования о составлении акта приёмка осуществляется в порядке пункта 7.3.</w:t>
      </w:r>
    </w:p>
    <w:p w14:paraId="5B15F13C" w14:textId="77777777" w:rsidR="0056000B" w:rsidRPr="00787E5C" w:rsidRDefault="00000000">
      <w:pPr>
        <w:rPr>
          <w:lang w:val="ru-RU"/>
        </w:rPr>
      </w:pPr>
      <w:r w:rsidRPr="00787E5C">
        <w:rPr>
          <w:b/>
          <w:lang w:val="ru-RU"/>
        </w:rPr>
        <w:t>16.3. Расчёты и налоговый режим Исполнителя.</w:t>
      </w:r>
      <w:r w:rsidRPr="00787E5C">
        <w:rPr>
          <w:lang w:val="ru-RU"/>
        </w:rPr>
        <w:t xml:space="preserve"> Стоимость Услуг не облагается налогом на добавленную стоимость в связи с применением Исполнителем специального налогового режима «Налог на профессиональный доход». Исполнитель формирует и передаёт Заказчику чек в порядке, предусмотренном законодательством о налоге на профессиональный доход; такой чек является документом, подтверждающим расходы Заказчика. Заказчик обязан сообщить Исполнителю сведения, необходимые для формирования чека и оформления акта (при его составлении).</w:t>
      </w:r>
    </w:p>
    <w:p w14:paraId="73D46648" w14:textId="77777777" w:rsidR="0056000B" w:rsidRPr="00787E5C" w:rsidRDefault="00000000">
      <w:pPr>
        <w:rPr>
          <w:lang w:val="ru-RU"/>
        </w:rPr>
      </w:pPr>
      <w:r w:rsidRPr="00787E5C">
        <w:rPr>
          <w:b/>
          <w:lang w:val="ru-RU"/>
        </w:rPr>
        <w:t>16.4. Ответственность и отказ от договора.</w:t>
      </w:r>
      <w:r w:rsidRPr="00787E5C">
        <w:rPr>
          <w:lang w:val="ru-RU"/>
        </w:rPr>
        <w:t xml:space="preserve"> Ответственность Исполнителя перед Заказчиком по настоящему разделу ограничивается стоимостью соответствующей Услуги (пункт 12.2). Возврат денежных средств при отказе Заказчика от договора производится за вычетом фактически понесённых Исполнителем расходов и стоимости фактически оказанной части Услуги, определяемой в порядке раздела 6; положения о правах Потребителя при возврате к таким отношениям не применяются.</w:t>
      </w:r>
    </w:p>
    <w:p w14:paraId="3664D00B" w14:textId="529B9470" w:rsidR="0056000B" w:rsidRPr="00787E5C" w:rsidRDefault="00000000">
      <w:pPr>
        <w:rPr>
          <w:lang w:val="ru-RU"/>
        </w:rPr>
      </w:pPr>
      <w:r w:rsidRPr="00787E5C">
        <w:rPr>
          <w:b/>
          <w:lang w:val="ru-RU"/>
        </w:rPr>
        <w:lastRenderedPageBreak/>
        <w:t>16.5. Разрешение споров.</w:t>
      </w:r>
      <w:r w:rsidRPr="00787E5C">
        <w:rPr>
          <w:lang w:val="ru-RU"/>
        </w:rPr>
        <w:t xml:space="preserve"> Споры между Исполнителем и Заказчиком </w:t>
      </w:r>
      <w:r w:rsidR="00787E5C" w:rsidRPr="00787E5C">
        <w:rPr>
          <w:lang w:val="ru-RU"/>
        </w:rPr>
        <w:t>–</w:t>
      </w:r>
      <w:r w:rsidRPr="00787E5C">
        <w:rPr>
          <w:lang w:val="ru-RU"/>
        </w:rPr>
        <w:t xml:space="preserve"> юридическим лицом или индивидуальным предпринимателем </w:t>
      </w:r>
      <w:r w:rsidR="00787E5C" w:rsidRPr="00787E5C">
        <w:rPr>
          <w:lang w:val="ru-RU"/>
        </w:rPr>
        <w:t>–</w:t>
      </w:r>
      <w:r w:rsidRPr="00787E5C">
        <w:rPr>
          <w:lang w:val="ru-RU"/>
        </w:rPr>
        <w:t xml:space="preserve"> при недостижении согласия в претензионном порядке (пункт 20.1) подлежат рассмотрению в Арбитражном суде города Москвы. Настоящее условие является соглашением Сторон о договорной подсудности.</w:t>
      </w:r>
    </w:p>
    <w:p w14:paraId="548E0173" w14:textId="632A13E8" w:rsidR="0056000B" w:rsidRPr="00787E5C" w:rsidRDefault="00000000">
      <w:pPr>
        <w:rPr>
          <w:lang w:val="ru-RU"/>
        </w:rPr>
      </w:pPr>
      <w:r w:rsidRPr="00787E5C">
        <w:rPr>
          <w:b/>
          <w:lang w:val="ru-RU"/>
        </w:rPr>
        <w:t>16.6. Соотношение с иными условиями Оферты.</w:t>
      </w:r>
      <w:r w:rsidRPr="00787E5C">
        <w:rPr>
          <w:lang w:val="ru-RU"/>
        </w:rPr>
        <w:t xml:space="preserve"> При противоречии между настоящим разделом и иными положениями Оферты в отношениях с Заказчиком </w:t>
      </w:r>
      <w:r w:rsidR="00787E5C" w:rsidRPr="00787E5C">
        <w:rPr>
          <w:lang w:val="ru-RU"/>
        </w:rPr>
        <w:t>–</w:t>
      </w:r>
      <w:r w:rsidRPr="00787E5C">
        <w:rPr>
          <w:lang w:val="ru-RU"/>
        </w:rPr>
        <w:t xml:space="preserve"> юридическим лицом или индивидуальным предпринимателем </w:t>
      </w:r>
      <w:r w:rsidR="00787E5C" w:rsidRPr="00787E5C">
        <w:rPr>
          <w:lang w:val="ru-RU"/>
        </w:rPr>
        <w:t>–</w:t>
      </w:r>
      <w:r w:rsidRPr="00787E5C">
        <w:rPr>
          <w:lang w:val="ru-RU"/>
        </w:rPr>
        <w:t xml:space="preserve"> применяются положения настоящего раздела.</w:t>
      </w:r>
    </w:p>
    <w:p w14:paraId="66DA6F3E" w14:textId="77777777" w:rsidR="0056000B" w:rsidRPr="00787E5C" w:rsidRDefault="00000000">
      <w:pPr>
        <w:spacing w:before="280" w:after="160"/>
        <w:rPr>
          <w:lang w:val="ru-RU"/>
        </w:rPr>
      </w:pPr>
      <w:r w:rsidRPr="00787E5C">
        <w:rPr>
          <w:b/>
          <w:sz w:val="26"/>
          <w:lang w:val="ru-RU"/>
        </w:rPr>
        <w:t>17. ОБСТОЯТЕЛЬСТВА НЕПРЕОДОЛИМОЙ СИЛЫ</w:t>
      </w:r>
    </w:p>
    <w:p w14:paraId="64EA8EE3" w14:textId="283A8CE8" w:rsidR="0056000B" w:rsidRPr="00787E5C" w:rsidRDefault="00000000">
      <w:pPr>
        <w:rPr>
          <w:lang w:val="ru-RU"/>
        </w:rPr>
      </w:pPr>
      <w:r w:rsidRPr="00787E5C">
        <w:rPr>
          <w:b/>
          <w:lang w:val="ru-RU"/>
        </w:rPr>
        <w:t>17.1.</w:t>
      </w:r>
      <w:r w:rsidRPr="00787E5C">
        <w:rPr>
          <w:lang w:val="ru-RU"/>
        </w:rPr>
        <w:t xml:space="preserve"> Стороны освобождаются от ответственности за неисполнение или ненадлежащее исполнение обязательств по договору, если оно вызвано обстоятельствами непреодолимой силы </w:t>
      </w:r>
      <w:r w:rsidR="00787E5C" w:rsidRPr="00787E5C">
        <w:rPr>
          <w:lang w:val="ru-RU"/>
        </w:rPr>
        <w:t>–</w:t>
      </w:r>
      <w:r w:rsidRPr="00787E5C">
        <w:rPr>
          <w:lang w:val="ru-RU"/>
        </w:rPr>
        <w:t xml:space="preserve"> чрезвычайными и непредотвратимыми при данных условиях обстоятельствами, которые Сторона не могла ни предвидеть, ни предотвратить разумными мерами, и которые непосредственно повлияли на исполнение обязательств.</w:t>
      </w:r>
    </w:p>
    <w:p w14:paraId="157893DA" w14:textId="77777777" w:rsidR="0056000B" w:rsidRPr="00787E5C" w:rsidRDefault="00000000">
      <w:pPr>
        <w:rPr>
          <w:lang w:val="ru-RU"/>
        </w:rPr>
      </w:pPr>
      <w:r w:rsidRPr="00787E5C">
        <w:rPr>
          <w:b/>
          <w:lang w:val="ru-RU"/>
        </w:rPr>
        <w:t>17.2.</w:t>
      </w:r>
      <w:r w:rsidRPr="00787E5C">
        <w:rPr>
          <w:lang w:val="ru-RU"/>
        </w:rPr>
        <w:t xml:space="preserve"> К обстоятельствам непреодолимой силы не относятся, в частности, отсутствие у Стороны необходимых денежных средств, нарушение обязательств её контрагентами, а также неправомерные действия третьих лиц, если иное не вытекает из закона.</w:t>
      </w:r>
    </w:p>
    <w:p w14:paraId="4DCCCF90" w14:textId="77777777" w:rsidR="0056000B" w:rsidRPr="00787E5C" w:rsidRDefault="00000000">
      <w:pPr>
        <w:rPr>
          <w:lang w:val="ru-RU"/>
        </w:rPr>
      </w:pPr>
      <w:r w:rsidRPr="00787E5C">
        <w:rPr>
          <w:b/>
          <w:lang w:val="ru-RU"/>
        </w:rPr>
        <w:t>17.3.</w:t>
      </w:r>
      <w:r w:rsidRPr="00787E5C">
        <w:rPr>
          <w:lang w:val="ru-RU"/>
        </w:rPr>
        <w:t xml:space="preserve"> Сторона, для которой создалась невозможность исполнения обязательств, уведомляет другую Сторону о наступлении и предполагаемой продолжительности обстоятельств непреодолимой силы по Уполномоченным адресам в течение разумного срока с момента, когда ей стало известно об их наступлении. Сторона, не уведомившая о таких обстоятельствах, лишается права ссылаться на них как на основание освобождения от ответственности.</w:t>
      </w:r>
    </w:p>
    <w:p w14:paraId="45439816" w14:textId="77777777" w:rsidR="0056000B" w:rsidRPr="00787E5C" w:rsidRDefault="00000000">
      <w:pPr>
        <w:rPr>
          <w:lang w:val="ru-RU"/>
        </w:rPr>
      </w:pPr>
      <w:r w:rsidRPr="00787E5C">
        <w:rPr>
          <w:b/>
          <w:lang w:val="ru-RU"/>
        </w:rPr>
        <w:t>17.4.</w:t>
      </w:r>
      <w:r w:rsidRPr="00787E5C">
        <w:rPr>
          <w:lang w:val="ru-RU"/>
        </w:rPr>
        <w:t xml:space="preserve"> На период действия обстоятельств непреодолимой силы срок исполнения обязательств Сторон соразмерно продлевается.</w:t>
      </w:r>
    </w:p>
    <w:p w14:paraId="4D2E567D" w14:textId="77777777" w:rsidR="0056000B" w:rsidRPr="00787E5C" w:rsidRDefault="00000000">
      <w:pPr>
        <w:rPr>
          <w:lang w:val="ru-RU"/>
        </w:rPr>
      </w:pPr>
      <w:r w:rsidRPr="00787E5C">
        <w:rPr>
          <w:b/>
          <w:lang w:val="ru-RU"/>
        </w:rPr>
        <w:t>17.5.</w:t>
      </w:r>
      <w:r w:rsidRPr="00787E5C">
        <w:rPr>
          <w:lang w:val="ru-RU"/>
        </w:rPr>
        <w:t xml:space="preserve"> Если обстоятельства непреодолимой силы продолжаются более 30 (тридцати) календарных дней, каждая из Сторон вправе отказаться от исполнения договора, уведомив об этом другую Сторону. В этом случае Стороны производят взаиморасчёты за фактически оказанную часть Услуг в порядке раздела 9, а иные требования, связанные с таким отказом, Стороны друг к другу не предъявляют.</w:t>
      </w:r>
    </w:p>
    <w:p w14:paraId="05B8D2BB" w14:textId="77777777" w:rsidR="0056000B" w:rsidRPr="00787E5C" w:rsidRDefault="00000000">
      <w:pPr>
        <w:spacing w:before="280" w:after="160"/>
        <w:rPr>
          <w:lang w:val="ru-RU"/>
        </w:rPr>
      </w:pPr>
      <w:r w:rsidRPr="00787E5C">
        <w:rPr>
          <w:b/>
          <w:sz w:val="26"/>
          <w:lang w:val="ru-RU"/>
        </w:rPr>
        <w:t>18. ЮРИДИЧЕСКИ ЗНАЧИМЫЕ СООБЩЕНИЯ И ДОКАЗАТЕЛЬСТВА</w:t>
      </w:r>
    </w:p>
    <w:p w14:paraId="1E78F0D4" w14:textId="77777777" w:rsidR="0056000B" w:rsidRPr="00787E5C" w:rsidRDefault="00000000">
      <w:pPr>
        <w:rPr>
          <w:lang w:val="ru-RU"/>
        </w:rPr>
      </w:pPr>
      <w:r w:rsidRPr="00787E5C">
        <w:rPr>
          <w:b/>
          <w:lang w:val="ru-RU"/>
        </w:rPr>
        <w:lastRenderedPageBreak/>
        <w:t>18.1. Уполномоченные адреса.</w:t>
      </w:r>
      <w:r w:rsidRPr="00787E5C">
        <w:rPr>
          <w:lang w:val="ru-RU"/>
        </w:rPr>
        <w:t xml:space="preserve"> Юридически значимые сообщения (заявления, уведомления, претензии, согласования) Стороны направляют друг другу по следующим реквизитам:</w:t>
      </w:r>
    </w:p>
    <w:p w14:paraId="20BBC4E4" w14:textId="4D7C8795" w:rsidR="0056000B" w:rsidRPr="00787E5C" w:rsidRDefault="00000000">
      <w:pPr>
        <w:rPr>
          <w:lang w:val="ru-RU"/>
        </w:rPr>
      </w:pPr>
      <w:r w:rsidRPr="00787E5C">
        <w:rPr>
          <w:b/>
          <w:lang w:val="ru-RU"/>
        </w:rPr>
        <w:t>18.1.1.</w:t>
      </w:r>
      <w:r w:rsidRPr="00787E5C">
        <w:rPr>
          <w:lang w:val="ru-RU"/>
        </w:rPr>
        <w:t xml:space="preserve"> Исполнителя </w:t>
      </w:r>
      <w:r w:rsidR="00787E5C" w:rsidRPr="00787E5C">
        <w:rPr>
          <w:lang w:val="ru-RU"/>
        </w:rPr>
        <w:t>–</w:t>
      </w:r>
      <w:r w:rsidRPr="00787E5C">
        <w:rPr>
          <w:lang w:val="ru-RU"/>
        </w:rPr>
        <w:t xml:space="preserve"> адрес электронной почты и номер в мессенджере, указанные в разделе 22 Оферты;</w:t>
      </w:r>
    </w:p>
    <w:p w14:paraId="5E7D2A6E" w14:textId="31AA9627" w:rsidR="0056000B" w:rsidRPr="00787E5C" w:rsidRDefault="00000000">
      <w:pPr>
        <w:rPr>
          <w:lang w:val="ru-RU"/>
        </w:rPr>
      </w:pPr>
      <w:r w:rsidRPr="00787E5C">
        <w:rPr>
          <w:b/>
          <w:lang w:val="ru-RU"/>
        </w:rPr>
        <w:t>18.1.2.</w:t>
      </w:r>
      <w:r w:rsidRPr="00787E5C">
        <w:rPr>
          <w:lang w:val="ru-RU"/>
        </w:rPr>
        <w:t xml:space="preserve"> Заказчика </w:t>
      </w:r>
      <w:r w:rsidR="00787E5C" w:rsidRPr="00787E5C">
        <w:rPr>
          <w:lang w:val="ru-RU"/>
        </w:rPr>
        <w:t>–</w:t>
      </w:r>
      <w:r w:rsidRPr="00787E5C">
        <w:rPr>
          <w:lang w:val="ru-RU"/>
        </w:rPr>
        <w:t xml:space="preserve"> адрес электронной почты, номер телефона и (или) аккаунт в мессенджере, сообщённые Заказчиком при оформлении заказа либо использованные им при взаимодействии с Исполнителем в связи с заключением и исполнением договора.</w:t>
      </w:r>
    </w:p>
    <w:p w14:paraId="02D1A25E" w14:textId="77777777" w:rsidR="0056000B" w:rsidRPr="00787E5C" w:rsidRDefault="00000000">
      <w:pPr>
        <w:rPr>
          <w:lang w:val="ru-RU"/>
        </w:rPr>
      </w:pPr>
      <w:r w:rsidRPr="00787E5C">
        <w:rPr>
          <w:lang w:val="ru-RU"/>
        </w:rPr>
        <w:t>Стороны обязаны поддерживать актуальность своих Уполномоченных адресов и незамедлительно уведомлять об их изменении. Сообщение, направленное по Уполномоченному адресу, считается полученным Стороной, которой оно адресовано, даже если она не ознакомилась с ним по зависящим от неё причинам (статья 165.1 Гражданского кодекса Российской Федерации).</w:t>
      </w:r>
    </w:p>
    <w:p w14:paraId="3F4EB2E9" w14:textId="77777777" w:rsidR="0056000B" w:rsidRPr="00787E5C" w:rsidRDefault="00000000">
      <w:pPr>
        <w:rPr>
          <w:lang w:val="ru-RU"/>
        </w:rPr>
      </w:pPr>
      <w:r w:rsidRPr="00787E5C">
        <w:rPr>
          <w:b/>
          <w:lang w:val="ru-RU"/>
        </w:rPr>
        <w:t>18.2. Значение переписки Сторон.</w:t>
      </w:r>
      <w:r w:rsidRPr="00787E5C">
        <w:rPr>
          <w:lang w:val="ru-RU"/>
        </w:rPr>
        <w:t xml:space="preserve"> Переписка Сторон, осуществляемая по Уполномоченным адресам (по электронной почте и в мессенджерах), признаётся частью договорных отношений. Такая переписка может уточнять и дополнять условия оказания конкретной Услуги (в том числе согласование даты, объёма, сроков), если из неё однозначно следует согласованная воля обеих Сторон. Переписка не может изменять условия самой Оферты; изменение Оферты производится в порядке раздела 19.</w:t>
      </w:r>
    </w:p>
    <w:p w14:paraId="4932686B" w14:textId="0D6DD6E1" w:rsidR="0056000B" w:rsidRPr="00787E5C" w:rsidRDefault="00000000">
      <w:pPr>
        <w:rPr>
          <w:lang w:val="ru-RU"/>
        </w:rPr>
      </w:pPr>
      <w:r w:rsidRPr="00787E5C">
        <w:rPr>
          <w:b/>
          <w:lang w:val="ru-RU"/>
        </w:rPr>
        <w:t>18.3. Момент получения сообщения.</w:t>
      </w:r>
      <w:r w:rsidRPr="00787E5C">
        <w:rPr>
          <w:lang w:val="ru-RU"/>
        </w:rPr>
        <w:t xml:space="preserve"> Сообщение считается полученным в день его доставки по Уполномоченному адресу, а при направлении в нерабочее время </w:t>
      </w:r>
      <w:r w:rsidR="00787E5C" w:rsidRPr="00787E5C">
        <w:rPr>
          <w:lang w:val="ru-RU"/>
        </w:rPr>
        <w:t>–</w:t>
      </w:r>
      <w:r w:rsidRPr="00787E5C">
        <w:rPr>
          <w:lang w:val="ru-RU"/>
        </w:rPr>
        <w:t xml:space="preserve"> в ближайший следующий рабочий день. Факт и содержание сообщения могут подтверждаться данными соответствующего сервиса электронной почты или мессенджера.</w:t>
      </w:r>
    </w:p>
    <w:p w14:paraId="2DDC9E33" w14:textId="77777777" w:rsidR="0056000B" w:rsidRPr="00787E5C" w:rsidRDefault="00000000">
      <w:pPr>
        <w:rPr>
          <w:lang w:val="ru-RU"/>
        </w:rPr>
      </w:pPr>
      <w:r w:rsidRPr="00787E5C">
        <w:rPr>
          <w:b/>
          <w:lang w:val="ru-RU"/>
        </w:rPr>
        <w:t>18.4. Скриншоты как доказательство.</w:t>
      </w:r>
      <w:r w:rsidRPr="00787E5C">
        <w:rPr>
          <w:lang w:val="ru-RU"/>
        </w:rPr>
        <w:t xml:space="preserve"> Стороны признают, что снимки экрана (скриншоты) переписки, совершённой по Уполномоченным адресам, а также электронные сообщения являются допустимыми и достаточными доказательствами содержания направленных сообщений и достигнутых договорённостей, при условии, что из них можно установить отправителя, получателя, дату и содержание сообщения.</w:t>
      </w:r>
    </w:p>
    <w:p w14:paraId="03ADCF64" w14:textId="77777777" w:rsidR="0056000B" w:rsidRPr="00787E5C" w:rsidRDefault="00000000">
      <w:pPr>
        <w:rPr>
          <w:lang w:val="ru-RU"/>
        </w:rPr>
      </w:pPr>
      <w:r w:rsidRPr="00787E5C">
        <w:rPr>
          <w:b/>
          <w:lang w:val="ru-RU"/>
        </w:rPr>
        <w:t>18.5. Смена реквизитов и платформы.</w:t>
      </w:r>
      <w:r w:rsidRPr="00787E5C">
        <w:rPr>
          <w:lang w:val="ru-RU"/>
        </w:rPr>
        <w:t xml:space="preserve"> Исполнитель вправе изменить свои Уполномоченные адреса, а также Платформу размещения Материалов (пункт 7.5.3), уведомив Заказчика по действующим Уполномоченным адресам. С момента такого уведомления юридически значимые сообщения направляются по новым реквизитам.</w:t>
      </w:r>
    </w:p>
    <w:p w14:paraId="3DF9E008" w14:textId="77777777" w:rsidR="0056000B" w:rsidRPr="00787E5C" w:rsidRDefault="00000000">
      <w:pPr>
        <w:spacing w:before="280" w:after="160"/>
        <w:rPr>
          <w:lang w:val="ru-RU"/>
        </w:rPr>
      </w:pPr>
      <w:r w:rsidRPr="00787E5C">
        <w:rPr>
          <w:b/>
          <w:sz w:val="26"/>
          <w:lang w:val="ru-RU"/>
        </w:rPr>
        <w:lastRenderedPageBreak/>
        <w:t>19. СРОК ДЕЙСТВИЯ, ИЗМЕНЕНИЕ И ОТЗЫВ ОФЕРТЫ</w:t>
      </w:r>
    </w:p>
    <w:p w14:paraId="36146F4B" w14:textId="078D6159" w:rsidR="0056000B" w:rsidRPr="00787E5C" w:rsidRDefault="00000000">
      <w:pPr>
        <w:rPr>
          <w:lang w:val="ru-RU"/>
        </w:rPr>
      </w:pPr>
      <w:r w:rsidRPr="00787E5C">
        <w:rPr>
          <w:b/>
          <w:lang w:val="ru-RU"/>
        </w:rPr>
        <w:t>19.1. Вступление в силу и срок действия Оферты.</w:t>
      </w:r>
      <w:r w:rsidRPr="00787E5C">
        <w:rPr>
          <w:lang w:val="ru-RU"/>
        </w:rPr>
        <w:t xml:space="preserve"> Оферта вступает в силу с даты её размещения на Сайте </w:t>
      </w:r>
      <w:r w:rsidR="00787E5C" w:rsidRPr="00787E5C">
        <w:rPr>
          <w:lang w:val="ru-RU"/>
        </w:rPr>
        <w:t>–</w:t>
      </w:r>
      <w:r w:rsidRPr="00787E5C">
        <w:rPr>
          <w:lang w:val="ru-RU"/>
        </w:rPr>
        <w:t xml:space="preserve"> [ЗАПОЛНИТЬ ПРИ ПУБЛИКАЦИИ: дата] </w:t>
      </w:r>
      <w:r w:rsidR="00787E5C" w:rsidRPr="00787E5C">
        <w:rPr>
          <w:lang w:val="ru-RU"/>
        </w:rPr>
        <w:t>–</w:t>
      </w:r>
      <w:r w:rsidRPr="00787E5C">
        <w:rPr>
          <w:lang w:val="ru-RU"/>
        </w:rPr>
        <w:t xml:space="preserve"> и действует до её отзыва Исполнителем. Отзыв или изменение Оферты не влияет на договоры, заключённые до вступления соответствующих изменений в силу.</w:t>
      </w:r>
    </w:p>
    <w:p w14:paraId="48FE68A9" w14:textId="77777777" w:rsidR="0056000B" w:rsidRPr="00787E5C" w:rsidRDefault="00000000">
      <w:pPr>
        <w:rPr>
          <w:lang w:val="ru-RU"/>
        </w:rPr>
      </w:pPr>
      <w:r w:rsidRPr="00787E5C">
        <w:rPr>
          <w:b/>
          <w:lang w:val="ru-RU"/>
        </w:rPr>
        <w:t>19.2. Изменение Оферты.</w:t>
      </w:r>
      <w:r w:rsidRPr="00787E5C">
        <w:rPr>
          <w:lang w:val="ru-RU"/>
        </w:rPr>
        <w:t xml:space="preserve"> Исполнитель вправе в одностороннем порядке изменять Оферту, размещая новую редакцию на Сайте. Изменения вступают в силу с момента размещения новой редакции, если в ней не указана более поздняя дата, и применяются к договорам, заключённым после их вступления в силу. К отношениям Сторон применяется редакция Оферты, действовавшая на момент совершения Заказчиком Акцепта.</w:t>
      </w:r>
    </w:p>
    <w:p w14:paraId="6302021F" w14:textId="7D7B918B" w:rsidR="0056000B" w:rsidRPr="00787E5C" w:rsidRDefault="00000000">
      <w:pPr>
        <w:rPr>
          <w:lang w:val="ru-RU"/>
        </w:rPr>
      </w:pPr>
      <w:r w:rsidRPr="00787E5C">
        <w:rPr>
          <w:b/>
          <w:lang w:val="ru-RU"/>
        </w:rPr>
        <w:t>19.3. Неизменность условий заключённого договора.</w:t>
      </w:r>
      <w:r w:rsidRPr="00787E5C">
        <w:rPr>
          <w:lang w:val="ru-RU"/>
        </w:rPr>
        <w:t xml:space="preserve"> Условия договора, заключённого путём Акцепта, сохраняются в том виде, в каком они действовали на момент его заключения, в течение всего срока исполнения обязательств по нему. Изменение договора после его заключения производится по соглашению Сторон, а в отношении конкретной Услуги </w:t>
      </w:r>
      <w:r w:rsidR="00787E5C" w:rsidRPr="00787E5C">
        <w:rPr>
          <w:lang w:val="ru-RU"/>
        </w:rPr>
        <w:t>–</w:t>
      </w:r>
      <w:r w:rsidRPr="00787E5C">
        <w:rPr>
          <w:lang w:val="ru-RU"/>
        </w:rPr>
        <w:t xml:space="preserve"> также в порядке пункта 18.2, за исключением случаев, когда право на одностороннее изменение прямо предусмотрено Офертой или законом.</w:t>
      </w:r>
    </w:p>
    <w:p w14:paraId="5F183A39" w14:textId="77777777" w:rsidR="0056000B" w:rsidRPr="00787E5C" w:rsidRDefault="00000000">
      <w:pPr>
        <w:rPr>
          <w:lang w:val="ru-RU"/>
        </w:rPr>
      </w:pPr>
      <w:r w:rsidRPr="00787E5C">
        <w:rPr>
          <w:b/>
          <w:lang w:val="ru-RU"/>
        </w:rPr>
        <w:t>19.4. Срок действия договора.</w:t>
      </w:r>
      <w:r w:rsidRPr="00787E5C">
        <w:rPr>
          <w:lang w:val="ru-RU"/>
        </w:rPr>
        <w:t xml:space="preserve"> Договор, заключённый путём Акцепта, вступает в силу с момента его заключения (пункт 3.2) и действует до полного исполнения Сторонами своих обязательств. Прекращение действия договора не освобождает Стороны от исполнения обязательств, возникших до его прекращения, и не затрагивает положений, которые по своему существу сохраняют силу после прекращения договора (в том числе разделов 13 и 15).</w:t>
      </w:r>
    </w:p>
    <w:p w14:paraId="3F7E8A2D" w14:textId="77777777" w:rsidR="0056000B" w:rsidRPr="00787E5C" w:rsidRDefault="00000000">
      <w:pPr>
        <w:rPr>
          <w:lang w:val="ru-RU"/>
        </w:rPr>
      </w:pPr>
      <w:r w:rsidRPr="00787E5C">
        <w:rPr>
          <w:b/>
          <w:lang w:val="ru-RU"/>
        </w:rPr>
        <w:t>19.5. Отзыв Оферты.</w:t>
      </w:r>
      <w:r w:rsidRPr="00787E5C">
        <w:rPr>
          <w:lang w:val="ru-RU"/>
        </w:rPr>
        <w:t xml:space="preserve"> Исполнитель вправе отозвать Оферту в любое время путём удаления её с Сайта или размещения соответствующего уведомления. Отзыв Оферты означает прекращение возможности заключения новых договоров на её условиях и не влияет на договоры, заключённые до отзыва.</w:t>
      </w:r>
    </w:p>
    <w:p w14:paraId="7487C8A5" w14:textId="77777777" w:rsidR="0056000B" w:rsidRPr="00787E5C" w:rsidRDefault="00000000">
      <w:pPr>
        <w:spacing w:before="280" w:after="160"/>
        <w:rPr>
          <w:lang w:val="ru-RU"/>
        </w:rPr>
      </w:pPr>
      <w:r w:rsidRPr="00787E5C">
        <w:rPr>
          <w:b/>
          <w:sz w:val="26"/>
          <w:lang w:val="ru-RU"/>
        </w:rPr>
        <w:t>20. РАЗРЕШЕНИЕ СПОРОВ</w:t>
      </w:r>
    </w:p>
    <w:p w14:paraId="18295C27" w14:textId="77777777" w:rsidR="0056000B" w:rsidRPr="00787E5C" w:rsidRDefault="00000000">
      <w:pPr>
        <w:rPr>
          <w:lang w:val="ru-RU"/>
        </w:rPr>
      </w:pPr>
      <w:r w:rsidRPr="00787E5C">
        <w:rPr>
          <w:b/>
          <w:lang w:val="ru-RU"/>
        </w:rPr>
        <w:t>20.1. Претензионный порядок.</w:t>
      </w:r>
      <w:r w:rsidRPr="00787E5C">
        <w:rPr>
          <w:lang w:val="ru-RU"/>
        </w:rPr>
        <w:t xml:space="preserve"> Споры и разногласия, возникающие из договора, Стороны разрешают путём переговоров с обязательным соблюдением претензионного порядка. Претензия направляется по Уполномоченным адресам (раздел 18) с изложением требований и обстоятельств, на которых они основаны. Сторона, получившая претензию, рассматривает её и направляет мотивированный ответ в течение 10 (десяти) календарных дней с момента получения.</w:t>
      </w:r>
    </w:p>
    <w:p w14:paraId="05C1018A" w14:textId="77777777" w:rsidR="0056000B" w:rsidRPr="00787E5C" w:rsidRDefault="00000000">
      <w:pPr>
        <w:rPr>
          <w:lang w:val="ru-RU"/>
        </w:rPr>
      </w:pPr>
      <w:r w:rsidRPr="00787E5C">
        <w:rPr>
          <w:b/>
          <w:lang w:val="ru-RU"/>
        </w:rPr>
        <w:t>20.2. Право на обращение в суд.</w:t>
      </w:r>
      <w:r w:rsidRPr="00787E5C">
        <w:rPr>
          <w:lang w:val="ru-RU"/>
        </w:rPr>
        <w:t xml:space="preserve"> Если в срок, установленный пунктом 20.1, ответ на претензию не получен либо стороны не достигли согласия, спор передаётся на </w:t>
      </w:r>
      <w:r w:rsidRPr="00787E5C">
        <w:rPr>
          <w:lang w:val="ru-RU"/>
        </w:rPr>
        <w:lastRenderedPageBreak/>
        <w:t>рассмотрение суда в соответствии с законодательством Российской Федерации и условиями настоящего раздела.</w:t>
      </w:r>
    </w:p>
    <w:p w14:paraId="5864B58B" w14:textId="77777777" w:rsidR="0056000B" w:rsidRPr="00787E5C" w:rsidRDefault="00000000">
      <w:pPr>
        <w:rPr>
          <w:lang w:val="ru-RU"/>
        </w:rPr>
      </w:pPr>
      <w:r w:rsidRPr="00787E5C">
        <w:rPr>
          <w:b/>
          <w:lang w:val="ru-RU"/>
        </w:rPr>
        <w:t>20.3. Подсудность споров с участием Потребителя.</w:t>
      </w:r>
      <w:r w:rsidRPr="00787E5C">
        <w:rPr>
          <w:lang w:val="ru-RU"/>
        </w:rPr>
        <w:t xml:space="preserve"> Споры с участием Заказчика-Потребителя рассматриваются судом в соответствии с законодательством о защите прав потребителей. Заказчик-Потребитель вправе по своему выбору предъявить иск в суд по месту своего жительства или пребывания, по месту нахождения (жительства) Исполнителя либо по месту заключения или исполнения договора (статья 17 Закона Российской Федерации «О защите прав потребителей», статья 29 Гражданского процессуального кодекса Российской Федерации). Настоящая Оферта не ограничивает Потребителя в выборе подсудности.</w:t>
      </w:r>
    </w:p>
    <w:p w14:paraId="2A9567FE" w14:textId="6832A1D8" w:rsidR="0056000B" w:rsidRPr="00787E5C" w:rsidRDefault="00000000">
      <w:pPr>
        <w:rPr>
          <w:lang w:val="ru-RU"/>
        </w:rPr>
      </w:pPr>
      <w:r w:rsidRPr="00787E5C">
        <w:rPr>
          <w:b/>
          <w:lang w:val="ru-RU"/>
        </w:rPr>
        <w:t>20.4. Подсудность споров с участием юридических лиц и индивидуальных предпринимателей.</w:t>
      </w:r>
      <w:r w:rsidRPr="00787E5C">
        <w:rPr>
          <w:lang w:val="ru-RU"/>
        </w:rPr>
        <w:t xml:space="preserve"> Споры с участием Заказчика </w:t>
      </w:r>
      <w:r w:rsidR="00787E5C" w:rsidRPr="00787E5C">
        <w:rPr>
          <w:lang w:val="ru-RU"/>
        </w:rPr>
        <w:t>–</w:t>
      </w:r>
      <w:r w:rsidRPr="00787E5C">
        <w:rPr>
          <w:lang w:val="ru-RU"/>
        </w:rPr>
        <w:t xml:space="preserve"> юридического лица или индивидуального предпринимателя, действующего в предпринимательских целях, рассматриваются в порядке, предусмотренном пунктом 16.5.</w:t>
      </w:r>
    </w:p>
    <w:p w14:paraId="40C35497" w14:textId="77777777" w:rsidR="0056000B" w:rsidRPr="00787E5C" w:rsidRDefault="00000000">
      <w:pPr>
        <w:rPr>
          <w:lang w:val="ru-RU"/>
        </w:rPr>
      </w:pPr>
      <w:r w:rsidRPr="00787E5C">
        <w:rPr>
          <w:b/>
          <w:lang w:val="ru-RU"/>
        </w:rPr>
        <w:t>20.5. Применимое право.</w:t>
      </w:r>
      <w:r w:rsidRPr="00787E5C">
        <w:rPr>
          <w:lang w:val="ru-RU"/>
        </w:rPr>
        <w:t xml:space="preserve"> К договору и связанным с ним отношениям применяется право Российской Федерации.</w:t>
      </w:r>
    </w:p>
    <w:p w14:paraId="2090EC1D" w14:textId="77777777" w:rsidR="0056000B" w:rsidRPr="00787E5C" w:rsidRDefault="00000000">
      <w:pPr>
        <w:spacing w:before="280" w:after="160"/>
        <w:rPr>
          <w:lang w:val="ru-RU"/>
        </w:rPr>
      </w:pPr>
      <w:r w:rsidRPr="00787E5C">
        <w:rPr>
          <w:b/>
          <w:sz w:val="26"/>
          <w:lang w:val="ru-RU"/>
        </w:rPr>
        <w:t>21. ЗАКЛЮЧИТЕЛЬНЫЕ ПОЛОЖЕНИЯ</w:t>
      </w:r>
    </w:p>
    <w:p w14:paraId="72BEE468" w14:textId="37FF622A" w:rsidR="0056000B" w:rsidRPr="00787E5C" w:rsidRDefault="00000000">
      <w:pPr>
        <w:rPr>
          <w:lang w:val="ru-RU"/>
        </w:rPr>
      </w:pPr>
      <w:r w:rsidRPr="00787E5C">
        <w:rPr>
          <w:b/>
          <w:lang w:val="ru-RU"/>
        </w:rPr>
        <w:t>21.1. Недействительность отдельных условий.</w:t>
      </w:r>
      <w:r w:rsidRPr="00787E5C">
        <w:rPr>
          <w:lang w:val="ru-RU"/>
        </w:rPr>
        <w:t xml:space="preserve"> Если какое-либо условие Оферты признано недействительным или не подлежащим применению, это не влечёт недействительности остальных условий. Недействительное условие подлежит замене </w:t>
      </w:r>
      <w:r w:rsidR="00787E5C" w:rsidRPr="00787E5C">
        <w:rPr>
          <w:lang w:val="ru-RU"/>
        </w:rPr>
        <w:t>–</w:t>
      </w:r>
      <w:r w:rsidRPr="00787E5C">
        <w:rPr>
          <w:lang w:val="ru-RU"/>
        </w:rPr>
        <w:t xml:space="preserve"> путём изменения Оферты Исполнителем либо в силу закона </w:t>
      </w:r>
      <w:r w:rsidR="00787E5C" w:rsidRPr="00787E5C">
        <w:rPr>
          <w:lang w:val="ru-RU"/>
        </w:rPr>
        <w:t>–</w:t>
      </w:r>
      <w:r w:rsidRPr="00787E5C">
        <w:rPr>
          <w:lang w:val="ru-RU"/>
        </w:rPr>
        <w:t xml:space="preserve"> условием, наиболее близким по смыслу и правовым последствиям к заменяемому, а до такой замены применяется соответствующая норма законодательства Российской Федерации.</w:t>
      </w:r>
    </w:p>
    <w:p w14:paraId="204D5BC0" w14:textId="77777777" w:rsidR="0056000B" w:rsidRPr="00787E5C" w:rsidRDefault="00000000">
      <w:pPr>
        <w:rPr>
          <w:lang w:val="ru-RU"/>
        </w:rPr>
      </w:pPr>
      <w:r w:rsidRPr="00787E5C">
        <w:rPr>
          <w:b/>
          <w:lang w:val="ru-RU"/>
        </w:rPr>
        <w:t>21.2. Полнота соглашения.</w:t>
      </w:r>
      <w:r w:rsidRPr="00787E5C">
        <w:rPr>
          <w:lang w:val="ru-RU"/>
        </w:rPr>
        <w:t xml:space="preserve"> Оферта вместе с Описанием услуг составляет полное соглашение Сторон относительно предмета договора и заменяет собой все предшествующие устные и письменные договорённости по тому же предмету. Сопутствующие документы (пункт 21.4) регулируют соответствующие отношения самостоятельно.</w:t>
      </w:r>
    </w:p>
    <w:p w14:paraId="52C592DD" w14:textId="77777777" w:rsidR="0056000B" w:rsidRPr="00787E5C" w:rsidRDefault="00000000">
      <w:pPr>
        <w:rPr>
          <w:lang w:val="ru-RU"/>
        </w:rPr>
      </w:pPr>
      <w:r w:rsidRPr="00787E5C">
        <w:rPr>
          <w:b/>
          <w:lang w:val="ru-RU"/>
        </w:rPr>
        <w:t>21.3. Сохранение прав.</w:t>
      </w:r>
      <w:r w:rsidRPr="00787E5C">
        <w:rPr>
          <w:lang w:val="ru-RU"/>
        </w:rPr>
        <w:t xml:space="preserve"> Неприменение или несвоевременное применение Исполнителем какого-либо из предусмотренных Офертой прав не означает отказа от него и не лишает Исполнителя права воспользоваться им в дальнейшем.</w:t>
      </w:r>
    </w:p>
    <w:p w14:paraId="00A01862" w14:textId="77777777" w:rsidR="0056000B" w:rsidRPr="00787E5C" w:rsidRDefault="00000000">
      <w:pPr>
        <w:rPr>
          <w:lang w:val="ru-RU"/>
        </w:rPr>
      </w:pPr>
      <w:r w:rsidRPr="00787E5C">
        <w:rPr>
          <w:b/>
          <w:lang w:val="ru-RU"/>
        </w:rPr>
        <w:t>21.4. Сопутствующие документы.</w:t>
      </w:r>
      <w:r w:rsidRPr="00787E5C">
        <w:rPr>
          <w:lang w:val="ru-RU"/>
        </w:rPr>
        <w:t xml:space="preserve"> Обработка персональных данных и связанные с ней вопросы регулируются размещёнными на Сайте документами, которые не входят в предмет настоящей Оферты и применяются самостоятельно:</w:t>
      </w:r>
    </w:p>
    <w:p w14:paraId="18D410E4" w14:textId="77777777" w:rsidR="0056000B" w:rsidRPr="00787E5C" w:rsidRDefault="00000000">
      <w:pPr>
        <w:rPr>
          <w:lang w:val="ru-RU"/>
        </w:rPr>
      </w:pPr>
      <w:r w:rsidRPr="00787E5C">
        <w:rPr>
          <w:b/>
          <w:lang w:val="ru-RU"/>
        </w:rPr>
        <w:t>21.4.1.</w:t>
      </w:r>
      <w:r w:rsidRPr="00787E5C">
        <w:rPr>
          <w:lang w:val="ru-RU"/>
        </w:rPr>
        <w:t xml:space="preserve"> Политика в отношении обработки персональных данных;</w:t>
      </w:r>
    </w:p>
    <w:p w14:paraId="1A98B188" w14:textId="77777777" w:rsidR="0056000B" w:rsidRPr="00787E5C" w:rsidRDefault="00000000">
      <w:pPr>
        <w:rPr>
          <w:lang w:val="ru-RU"/>
        </w:rPr>
      </w:pPr>
      <w:r w:rsidRPr="00787E5C">
        <w:rPr>
          <w:b/>
          <w:lang w:val="ru-RU"/>
        </w:rPr>
        <w:lastRenderedPageBreak/>
        <w:t>21.4.2.</w:t>
      </w:r>
      <w:r w:rsidRPr="00787E5C">
        <w:rPr>
          <w:lang w:val="ru-RU"/>
        </w:rPr>
        <w:t xml:space="preserve"> Согласие на обработку персональных данных;</w:t>
      </w:r>
    </w:p>
    <w:p w14:paraId="6EDF5DF2" w14:textId="77777777" w:rsidR="0056000B" w:rsidRPr="00787E5C" w:rsidRDefault="00000000">
      <w:pPr>
        <w:rPr>
          <w:lang w:val="ru-RU"/>
        </w:rPr>
      </w:pPr>
      <w:r w:rsidRPr="00787E5C">
        <w:rPr>
          <w:b/>
          <w:lang w:val="ru-RU"/>
        </w:rPr>
        <w:t>21.4.3.</w:t>
      </w:r>
      <w:r w:rsidRPr="00787E5C">
        <w:rPr>
          <w:lang w:val="ru-RU"/>
        </w:rPr>
        <w:t xml:space="preserve"> Согласие на обработку персональных данных, разрешённых субъектом персональных данных для распространения;</w:t>
      </w:r>
    </w:p>
    <w:p w14:paraId="0A240391" w14:textId="77777777" w:rsidR="0056000B" w:rsidRPr="00787E5C" w:rsidRDefault="00000000">
      <w:pPr>
        <w:rPr>
          <w:lang w:val="ru-RU"/>
        </w:rPr>
      </w:pPr>
      <w:r w:rsidRPr="00787E5C">
        <w:rPr>
          <w:b/>
          <w:lang w:val="ru-RU"/>
        </w:rPr>
        <w:t>21.4.4.</w:t>
      </w:r>
      <w:r w:rsidRPr="00787E5C">
        <w:rPr>
          <w:lang w:val="ru-RU"/>
        </w:rPr>
        <w:t xml:space="preserve"> Согласие на получение рекламно-информационных сообщений.</w:t>
      </w:r>
    </w:p>
    <w:p w14:paraId="22A98A19" w14:textId="77777777" w:rsidR="0056000B" w:rsidRPr="00787E5C" w:rsidRDefault="00000000">
      <w:pPr>
        <w:rPr>
          <w:lang w:val="ru-RU"/>
        </w:rPr>
      </w:pPr>
      <w:r w:rsidRPr="00787E5C">
        <w:rPr>
          <w:lang w:val="ru-RU"/>
        </w:rPr>
        <w:t>Условия оказания конкретных Услуг определяются Описанием услуг, размещённым на Сайте и являющимся неотъемлемой частью Оферты (пункт 1.1.3).</w:t>
      </w:r>
    </w:p>
    <w:p w14:paraId="5D23B24E" w14:textId="77777777" w:rsidR="0056000B" w:rsidRPr="00787E5C" w:rsidRDefault="00000000">
      <w:pPr>
        <w:rPr>
          <w:lang w:val="ru-RU"/>
        </w:rPr>
      </w:pPr>
      <w:r w:rsidRPr="00787E5C">
        <w:rPr>
          <w:b/>
          <w:lang w:val="ru-RU"/>
        </w:rPr>
        <w:t>21.5. Толкование.</w:t>
      </w:r>
      <w:r w:rsidRPr="00787E5C">
        <w:rPr>
          <w:lang w:val="ru-RU"/>
        </w:rPr>
        <w:t xml:space="preserve"> Оферта составлена на русском языке. Термины, определённые в разделе 1, используются в едином значении по всему тексту Оферты.</w:t>
      </w:r>
    </w:p>
    <w:p w14:paraId="3D7C3047" w14:textId="77777777" w:rsidR="0056000B" w:rsidRPr="00787E5C" w:rsidRDefault="00000000">
      <w:pPr>
        <w:spacing w:before="280" w:after="160"/>
        <w:rPr>
          <w:lang w:val="ru-RU"/>
        </w:rPr>
      </w:pPr>
      <w:r w:rsidRPr="00787E5C">
        <w:rPr>
          <w:b/>
          <w:sz w:val="26"/>
          <w:lang w:val="ru-RU"/>
        </w:rPr>
        <w:t>22. РЕКВИЗИТЫ ИСПОЛНИТЕЛЯ</w:t>
      </w:r>
    </w:p>
    <w:p w14:paraId="6054FABE" w14:textId="77777777" w:rsidR="0056000B" w:rsidRPr="00787E5C" w:rsidRDefault="00000000">
      <w:pPr>
        <w:rPr>
          <w:lang w:val="ru-RU"/>
        </w:rPr>
      </w:pPr>
      <w:r w:rsidRPr="00787E5C">
        <w:rPr>
          <w:b/>
          <w:lang w:val="ru-RU"/>
        </w:rPr>
        <w:t>Исполнитель:</w:t>
      </w:r>
      <w:r w:rsidRPr="00787E5C">
        <w:rPr>
          <w:lang w:val="ru-RU"/>
        </w:rPr>
        <w:t xml:space="preserve"> Карпова Ксения Анатольевна</w:t>
      </w:r>
    </w:p>
    <w:p w14:paraId="37243AE4" w14:textId="77777777" w:rsidR="0056000B" w:rsidRPr="00787E5C" w:rsidRDefault="00000000">
      <w:pPr>
        <w:rPr>
          <w:lang w:val="ru-RU"/>
        </w:rPr>
      </w:pPr>
      <w:r w:rsidRPr="00787E5C">
        <w:rPr>
          <w:lang w:val="ru-RU"/>
        </w:rPr>
        <w:t>Налогоплательщик налога на профессиональный доход (самозанятая)</w:t>
      </w:r>
    </w:p>
    <w:p w14:paraId="03F41DF0" w14:textId="77777777" w:rsidR="0056000B" w:rsidRPr="00787E5C" w:rsidRDefault="00000000">
      <w:pPr>
        <w:rPr>
          <w:lang w:val="ru-RU"/>
        </w:rPr>
      </w:pPr>
      <w:r w:rsidRPr="00787E5C">
        <w:rPr>
          <w:lang w:val="ru-RU"/>
        </w:rPr>
        <w:t>ИНН: 771382946579</w:t>
      </w:r>
    </w:p>
    <w:p w14:paraId="472D4340" w14:textId="77777777" w:rsidR="0056000B" w:rsidRPr="00787E5C" w:rsidRDefault="00000000">
      <w:pPr>
        <w:rPr>
          <w:lang w:val="ru-RU"/>
        </w:rPr>
      </w:pPr>
      <w:r w:rsidRPr="00787E5C">
        <w:rPr>
          <w:lang w:val="ru-RU"/>
        </w:rPr>
        <w:t>Адрес для направления корреспонденции: 127434, г. Москва, ул. Дубки, д. 2а, кв. 78</w:t>
      </w:r>
    </w:p>
    <w:p w14:paraId="2E79B788" w14:textId="77777777" w:rsidR="0056000B" w:rsidRPr="00787E5C" w:rsidRDefault="00000000">
      <w:pPr>
        <w:rPr>
          <w:lang w:val="ru-RU"/>
        </w:rPr>
      </w:pPr>
      <w:r w:rsidRPr="00787E5C">
        <w:rPr>
          <w:lang w:val="ru-RU"/>
        </w:rPr>
        <w:t xml:space="preserve">Сайт: </w:t>
      </w:r>
      <w:proofErr w:type="spellStart"/>
      <w:r>
        <w:t>ksushaverse</w:t>
      </w:r>
      <w:proofErr w:type="spellEnd"/>
      <w:r w:rsidRPr="00787E5C">
        <w:rPr>
          <w:lang w:val="ru-RU"/>
        </w:rPr>
        <w:t>.</w:t>
      </w:r>
      <w:proofErr w:type="spellStart"/>
      <w:r>
        <w:t>ru</w:t>
      </w:r>
      <w:proofErr w:type="spellEnd"/>
    </w:p>
    <w:p w14:paraId="0E82A89D" w14:textId="77777777" w:rsidR="0056000B" w:rsidRPr="00787E5C" w:rsidRDefault="00000000">
      <w:pPr>
        <w:rPr>
          <w:lang w:val="ru-RU"/>
        </w:rPr>
      </w:pPr>
      <w:r w:rsidRPr="00787E5C">
        <w:rPr>
          <w:b/>
          <w:lang w:val="ru-RU"/>
        </w:rPr>
        <w:t>Уполномоченные адреса для юридически значимых сообщений (раздел 18):</w:t>
      </w:r>
    </w:p>
    <w:p w14:paraId="458B3819" w14:textId="77777777" w:rsidR="0056000B" w:rsidRPr="00787E5C" w:rsidRDefault="00000000">
      <w:pPr>
        <w:rPr>
          <w:lang w:val="ru-RU"/>
        </w:rPr>
      </w:pPr>
      <w:r w:rsidRPr="00787E5C">
        <w:rPr>
          <w:lang w:val="ru-RU"/>
        </w:rPr>
        <w:t xml:space="preserve">Электронная почта: </w:t>
      </w:r>
      <w:proofErr w:type="spellStart"/>
      <w:r>
        <w:t>ksushaverse</w:t>
      </w:r>
      <w:proofErr w:type="spellEnd"/>
      <w:r w:rsidRPr="00787E5C">
        <w:rPr>
          <w:lang w:val="ru-RU"/>
        </w:rPr>
        <w:t>@</w:t>
      </w:r>
      <w:proofErr w:type="spellStart"/>
      <w:r>
        <w:t>yandex</w:t>
      </w:r>
      <w:proofErr w:type="spellEnd"/>
      <w:r w:rsidRPr="00787E5C">
        <w:rPr>
          <w:lang w:val="ru-RU"/>
        </w:rPr>
        <w:t>.</w:t>
      </w:r>
      <w:proofErr w:type="spellStart"/>
      <w:r>
        <w:t>ru</w:t>
      </w:r>
      <w:proofErr w:type="spellEnd"/>
    </w:p>
    <w:p w14:paraId="08F3DF3E" w14:textId="26603398" w:rsidR="0056000B" w:rsidRPr="00787E5C" w:rsidRDefault="00000000">
      <w:pPr>
        <w:rPr>
          <w:lang w:val="ru-RU"/>
        </w:rPr>
      </w:pPr>
      <w:r w:rsidRPr="00787E5C">
        <w:rPr>
          <w:lang w:val="ru-RU"/>
        </w:rPr>
        <w:t xml:space="preserve">Мессенджер для переписки Сторон: </w:t>
      </w:r>
      <w:r w:rsidR="00787E5C">
        <w:rPr>
          <w:lang w:val="ru-RU"/>
        </w:rPr>
        <w:t>+7 (905) 503-22-22</w:t>
      </w:r>
    </w:p>
    <w:p w14:paraId="0EC7FDEE" w14:textId="1CC66FF7" w:rsidR="0056000B" w:rsidRPr="00C72DF5" w:rsidRDefault="00000000">
      <w:pPr>
        <w:rPr>
          <w:lang w:val="ru-RU"/>
        </w:rPr>
      </w:pPr>
      <w:r w:rsidRPr="00787E5C">
        <w:rPr>
          <w:b/>
          <w:lang w:val="ru-RU"/>
        </w:rPr>
        <w:t>Реквизиты для оплаты</w:t>
      </w:r>
      <w:r w:rsidRPr="00787E5C">
        <w:rPr>
          <w:lang w:val="ru-RU"/>
        </w:rPr>
        <w:t xml:space="preserve"> (при оплате прямым переводом Исполнителю): </w:t>
      </w:r>
      <w:r w:rsidR="00C72DF5" w:rsidRPr="00C72DF5">
        <w:rPr>
          <w:lang w:val="ru-RU"/>
        </w:rPr>
        <w:t>перевод по номеру телефона через СБП</w:t>
      </w:r>
      <w:r w:rsidR="00C72DF5">
        <w:rPr>
          <w:lang w:val="ru-RU"/>
        </w:rPr>
        <w:t xml:space="preserve">, </w:t>
      </w:r>
      <w:r w:rsidR="00C72DF5" w:rsidRPr="00C72DF5">
        <w:rPr>
          <w:lang w:val="ru-RU"/>
        </w:rPr>
        <w:t>ПАО Сбербанк</w:t>
      </w:r>
    </w:p>
    <w:p w14:paraId="296553FA" w14:textId="77777777" w:rsidR="0056000B" w:rsidRPr="00787E5C" w:rsidRDefault="00000000">
      <w:pPr>
        <w:rPr>
          <w:lang w:val="ru-RU"/>
        </w:rPr>
      </w:pPr>
      <w:r w:rsidRPr="00787E5C">
        <w:rPr>
          <w:lang w:val="ru-RU"/>
        </w:rPr>
        <w:t>Оплата через сервис приёма платежей производится по платёжной ссылке, направляемой Исполнителем (пункт 8.4).</w:t>
      </w:r>
    </w:p>
    <w:sectPr w:rsidR="0056000B" w:rsidRPr="00787E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419878">
    <w:abstractNumId w:val="8"/>
  </w:num>
  <w:num w:numId="2" w16cid:durableId="755252952">
    <w:abstractNumId w:val="6"/>
  </w:num>
  <w:num w:numId="3" w16cid:durableId="828911933">
    <w:abstractNumId w:val="5"/>
  </w:num>
  <w:num w:numId="4" w16cid:durableId="1018577276">
    <w:abstractNumId w:val="4"/>
  </w:num>
  <w:num w:numId="5" w16cid:durableId="2014794487">
    <w:abstractNumId w:val="7"/>
  </w:num>
  <w:num w:numId="6" w16cid:durableId="1359544798">
    <w:abstractNumId w:val="3"/>
  </w:num>
  <w:num w:numId="7" w16cid:durableId="21981254">
    <w:abstractNumId w:val="2"/>
  </w:num>
  <w:num w:numId="8" w16cid:durableId="1924677777">
    <w:abstractNumId w:val="1"/>
  </w:num>
  <w:num w:numId="9" w16cid:durableId="633755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6000B"/>
    <w:rsid w:val="00787E5C"/>
    <w:rsid w:val="00AA1D8D"/>
    <w:rsid w:val="00B47730"/>
    <w:rsid w:val="00C72DF5"/>
    <w:rsid w:val="00CB0664"/>
    <w:rsid w:val="00CB64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E02AD8"/>
  <w14:defaultImageDpi w14:val="300"/>
  <w15:docId w15:val="{BD28FCC4-BB1A-7646-8A83-574BE1BF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9743</Words>
  <Characters>55540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Kolupaeva</cp:lastModifiedBy>
  <cp:revision>3</cp:revision>
  <dcterms:created xsi:type="dcterms:W3CDTF">2013-12-23T23:15:00Z</dcterms:created>
  <dcterms:modified xsi:type="dcterms:W3CDTF">2026-08-19T13:42:00Z</dcterms:modified>
  <cp:category/>
</cp:coreProperties>
</file>